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604B4" w14:textId="77777777" w:rsidR="007B0A02" w:rsidRDefault="00BC0E25">
      <w:pPr>
        <w:pStyle w:val="aa"/>
        <w:ind w:firstLine="733"/>
        <w:rPr>
          <w:lang w:eastAsia="zh-CN"/>
        </w:rPr>
      </w:pPr>
      <w:r>
        <w:rPr>
          <w:rFonts w:ascii="Times New Roman" w:eastAsia="黑体" w:hAnsi="Times New Roman"/>
          <w:lang w:eastAsia="zh-CN"/>
        </w:rPr>
        <w:t>设备与实验室管理平台</w:t>
      </w:r>
      <w:r>
        <w:rPr>
          <w:rFonts w:ascii="Times New Roman" w:eastAsia="黑体" w:hAnsi="Times New Roman"/>
          <w:lang w:eastAsia="zh-CN"/>
        </w:rPr>
        <w:br/>
      </w:r>
      <w:r>
        <w:rPr>
          <w:rFonts w:ascii="Times New Roman" w:eastAsia="黑体" w:hAnsi="Times New Roman"/>
          <w:lang w:eastAsia="zh-CN"/>
        </w:rPr>
        <w:t>线上询价系统操作手册</w:t>
      </w:r>
    </w:p>
    <w:p w14:paraId="7D2FE70E" w14:textId="77777777" w:rsidR="007B0A02" w:rsidRPr="00335332" w:rsidRDefault="007B0A02">
      <w:pPr>
        <w:rPr>
          <w:lang w:eastAsia="zh-CN"/>
        </w:rPr>
      </w:pPr>
    </w:p>
    <w:p w14:paraId="0549639C" w14:textId="6204C679" w:rsidR="00B53FA1" w:rsidRDefault="00B53FA1">
      <w:pPr>
        <w:rPr>
          <w:lang w:eastAsia="zh-CN"/>
        </w:rPr>
      </w:pPr>
      <w:bookmarkStart w:id="0" w:name="OLE_LINK2"/>
    </w:p>
    <w:p w14:paraId="6A781C6D" w14:textId="77777777" w:rsidR="00B53FA1" w:rsidRDefault="00B53FA1" w:rsidP="00B53FA1">
      <w:pPr>
        <w:pStyle w:val="1"/>
        <w:ind w:firstLine="643"/>
        <w:rPr>
          <w:lang w:eastAsia="zh-CN"/>
        </w:rPr>
      </w:pPr>
      <w:r>
        <w:rPr>
          <w:rFonts w:ascii="Times New Roman" w:eastAsia="黑体" w:hAnsi="Times New Roman"/>
          <w:lang w:eastAsia="zh-CN"/>
        </w:rPr>
        <w:t xml:space="preserve">1 </w:t>
      </w:r>
      <w:r>
        <w:rPr>
          <w:rFonts w:ascii="Times New Roman" w:eastAsia="黑体" w:hAnsi="Times New Roman"/>
          <w:lang w:eastAsia="zh-CN"/>
        </w:rPr>
        <w:t>系统概述</w:t>
      </w:r>
    </w:p>
    <w:p w14:paraId="1CE7766A" w14:textId="049F05DC" w:rsidR="00B53FA1" w:rsidRDefault="00B53FA1" w:rsidP="00B53FA1">
      <w:pPr>
        <w:rPr>
          <w:lang w:eastAsia="zh-CN"/>
        </w:rPr>
      </w:pPr>
      <w:r>
        <w:rPr>
          <w:lang w:eastAsia="zh-CN"/>
        </w:rPr>
        <w:t>为规范设备与实验室管理平台合同采购项目的询价工作，平台自</w:t>
      </w:r>
      <w:r>
        <w:rPr>
          <w:lang w:eastAsia="zh-CN"/>
        </w:rPr>
        <w:t>2026</w:t>
      </w:r>
      <w:r>
        <w:rPr>
          <w:lang w:eastAsia="zh-CN"/>
        </w:rPr>
        <w:t>年</w:t>
      </w:r>
      <w:r>
        <w:rPr>
          <w:lang w:eastAsia="zh-CN"/>
        </w:rPr>
        <w:t>10</w:t>
      </w:r>
      <w:r>
        <w:rPr>
          <w:lang w:eastAsia="zh-CN"/>
        </w:rPr>
        <w:t>月</w:t>
      </w:r>
      <w:r w:rsidR="005602D1">
        <w:rPr>
          <w:lang w:eastAsia="zh-CN"/>
        </w:rPr>
        <w:t>12</w:t>
      </w:r>
      <w:r>
        <w:rPr>
          <w:lang w:eastAsia="zh-CN"/>
        </w:rPr>
        <w:t>日起启用线上询价系统，实现申购、询价、供应商</w:t>
      </w:r>
      <w:r w:rsidR="008713FF">
        <w:rPr>
          <w:rFonts w:hint="eastAsia"/>
          <w:lang w:eastAsia="zh-CN"/>
        </w:rPr>
        <w:t>关联关系</w:t>
      </w:r>
      <w:r>
        <w:rPr>
          <w:lang w:eastAsia="zh-CN"/>
        </w:rPr>
        <w:t>检测、</w:t>
      </w:r>
      <w:r w:rsidR="00A647B4">
        <w:rPr>
          <w:rFonts w:hint="eastAsia"/>
          <w:lang w:eastAsia="zh-CN"/>
        </w:rPr>
        <w:t>采购记录表线上</w:t>
      </w:r>
      <w:r>
        <w:rPr>
          <w:lang w:eastAsia="zh-CN"/>
        </w:rPr>
        <w:t>打印与合同关联的全流程线上化管理。线上询价系统适用于合同总金额在人民币</w:t>
      </w:r>
      <w:r>
        <w:rPr>
          <w:lang w:eastAsia="zh-CN"/>
        </w:rPr>
        <w:t>10</w:t>
      </w:r>
      <w:r>
        <w:rPr>
          <w:lang w:eastAsia="zh-CN"/>
        </w:rPr>
        <w:t>万元（含）至</w:t>
      </w:r>
      <w:r>
        <w:rPr>
          <w:lang w:eastAsia="zh-CN"/>
        </w:rPr>
        <w:t>30</w:t>
      </w:r>
      <w:r>
        <w:rPr>
          <w:lang w:eastAsia="zh-CN"/>
        </w:rPr>
        <w:t>万元（不含）区间的采购项目，申购类型涵盖设备、附件、家具、项目、材料、维修测试加工等。</w:t>
      </w:r>
    </w:p>
    <w:p w14:paraId="6C3F08AB" w14:textId="5ACE4147" w:rsidR="00B53FA1" w:rsidRDefault="00B53FA1">
      <w:pPr>
        <w:rPr>
          <w:lang w:eastAsia="zh-CN"/>
        </w:rPr>
      </w:pPr>
    </w:p>
    <w:p w14:paraId="35AB2FFD" w14:textId="46CE9A8D" w:rsidR="00B53FA1" w:rsidRDefault="00B53FA1">
      <w:pPr>
        <w:rPr>
          <w:lang w:eastAsia="zh-CN"/>
        </w:rPr>
      </w:pPr>
    </w:p>
    <w:p w14:paraId="61A7BDA6" w14:textId="43BCE258" w:rsidR="00B53FA1" w:rsidRDefault="00B53FA1" w:rsidP="00B53FA1">
      <w:pPr>
        <w:pStyle w:val="1"/>
        <w:ind w:firstLine="643"/>
        <w:rPr>
          <w:lang w:eastAsia="zh-CN"/>
        </w:rPr>
      </w:pPr>
      <w:r>
        <w:rPr>
          <w:rFonts w:ascii="Times New Roman" w:eastAsia="黑体" w:hAnsi="Times New Roman"/>
          <w:lang w:eastAsia="zh-CN"/>
        </w:rPr>
        <w:t xml:space="preserve">2 </w:t>
      </w:r>
      <w:r>
        <w:rPr>
          <w:rFonts w:ascii="Times New Roman" w:eastAsia="黑体" w:hAnsi="Times New Roman"/>
          <w:lang w:eastAsia="zh-CN"/>
        </w:rPr>
        <w:t>操作流程</w:t>
      </w:r>
    </w:p>
    <w:p w14:paraId="7B237293" w14:textId="0F9D5F34" w:rsidR="00B53FA1" w:rsidRDefault="00B53FA1" w:rsidP="00B53FA1">
      <w:pPr>
        <w:pStyle w:val="21"/>
        <w:ind w:firstLine="562"/>
        <w:rPr>
          <w:lang w:eastAsia="zh-CN"/>
        </w:rPr>
      </w:pPr>
      <w:r>
        <w:rPr>
          <w:rFonts w:ascii="Times New Roman" w:eastAsia="黑体" w:hAnsi="Times New Roman"/>
          <w:lang w:eastAsia="zh-CN"/>
        </w:rPr>
        <w:t xml:space="preserve">2.1 </w:t>
      </w:r>
      <w:r>
        <w:rPr>
          <w:rFonts w:ascii="Times New Roman" w:eastAsia="黑体" w:hAnsi="Times New Roman"/>
          <w:lang w:eastAsia="zh-CN"/>
        </w:rPr>
        <w:t>流程总览</w:t>
      </w:r>
    </w:p>
    <w:p w14:paraId="1313EB67" w14:textId="5CC34B1C" w:rsidR="00B53FA1" w:rsidRPr="00572113" w:rsidRDefault="00B53FA1" w:rsidP="00B53FA1">
      <w:pPr>
        <w:rPr>
          <w:rFonts w:ascii="宋体" w:hAnsi="宋体"/>
          <w:lang w:eastAsia="zh-CN"/>
        </w:rPr>
      </w:pPr>
      <w:r w:rsidRPr="00572113">
        <w:rPr>
          <w:rFonts w:ascii="宋体" w:hAnsi="宋体"/>
          <w:lang w:eastAsia="zh-CN"/>
        </w:rPr>
        <w:t>申购单提交并审批通过 → 系统自动生成询价项目</w:t>
      </w:r>
      <w:r w:rsidR="00572113">
        <w:rPr>
          <w:rFonts w:ascii="宋体" w:hAnsi="宋体"/>
          <w:lang w:eastAsia="zh-CN"/>
        </w:rPr>
        <w:t>(</w:t>
      </w:r>
      <w:r w:rsidR="00572113" w:rsidRPr="00572113">
        <w:rPr>
          <w:rFonts w:ascii="宋体" w:hAnsi="宋体" w:hint="eastAsia"/>
          <w:lang w:eastAsia="zh-CN"/>
        </w:rPr>
        <w:t>申购管理</w:t>
      </w:r>
      <w:r w:rsidR="00572113">
        <w:rPr>
          <w:rFonts w:ascii="宋体" w:hAnsi="宋体" w:hint="eastAsia"/>
          <w:lang w:eastAsia="zh-CN"/>
        </w:rPr>
        <w:t xml:space="preserve"> </w:t>
      </w:r>
      <w:r w:rsidR="00572113" w:rsidRPr="00572113">
        <w:rPr>
          <w:rFonts w:ascii="宋体" w:hAnsi="宋体"/>
          <w:lang w:eastAsia="zh-CN"/>
        </w:rPr>
        <w:t>-</w:t>
      </w:r>
      <w:r w:rsidR="00572113">
        <w:rPr>
          <w:rFonts w:ascii="宋体" w:hAnsi="宋体"/>
          <w:lang w:eastAsia="zh-CN"/>
        </w:rPr>
        <w:t xml:space="preserve"> </w:t>
      </w:r>
      <w:r w:rsidR="00572113" w:rsidRPr="00572113">
        <w:rPr>
          <w:rFonts w:ascii="宋体" w:hAnsi="宋体" w:hint="eastAsia"/>
          <w:lang w:eastAsia="zh-CN"/>
        </w:rPr>
        <w:t>询价管理</w:t>
      </w:r>
      <w:r w:rsidR="00572113">
        <w:rPr>
          <w:rFonts w:ascii="宋体" w:hAnsi="宋体" w:hint="eastAsia"/>
          <w:lang w:eastAsia="zh-CN"/>
        </w:rPr>
        <w:t>(</w:t>
      </w:r>
      <w:r w:rsidR="00572113" w:rsidRPr="00572113">
        <w:rPr>
          <w:rFonts w:ascii="宋体" w:hAnsi="宋体" w:hint="eastAsia"/>
          <w:lang w:eastAsia="zh-CN"/>
        </w:rPr>
        <w:t>30万以下</w:t>
      </w:r>
      <w:r w:rsidR="00572113">
        <w:rPr>
          <w:rFonts w:ascii="宋体" w:hAnsi="宋体" w:hint="eastAsia"/>
          <w:lang w:eastAsia="zh-CN"/>
        </w:rPr>
        <w:t>)</w:t>
      </w:r>
      <w:r w:rsidR="00572113">
        <w:rPr>
          <w:rFonts w:ascii="宋体" w:hAnsi="宋体"/>
          <w:lang w:eastAsia="zh-CN"/>
        </w:rPr>
        <w:t xml:space="preserve"> </w:t>
      </w:r>
      <w:r w:rsidR="00572113" w:rsidRPr="00572113">
        <w:rPr>
          <w:rFonts w:ascii="宋体" w:hAnsi="宋体"/>
          <w:lang w:eastAsia="zh-CN"/>
        </w:rPr>
        <w:t>-</w:t>
      </w:r>
      <w:r w:rsidR="00572113">
        <w:rPr>
          <w:rFonts w:ascii="宋体" w:hAnsi="宋体"/>
          <w:lang w:eastAsia="zh-CN"/>
        </w:rPr>
        <w:t xml:space="preserve"> </w:t>
      </w:r>
      <w:r w:rsidR="00572113" w:rsidRPr="00572113">
        <w:rPr>
          <w:rFonts w:ascii="宋体" w:hAnsi="宋体"/>
          <w:lang w:eastAsia="zh-CN"/>
        </w:rPr>
        <w:t>询价项目管理</w:t>
      </w:r>
      <w:r w:rsidR="00572113">
        <w:rPr>
          <w:rFonts w:ascii="宋体" w:hAnsi="宋体" w:hint="eastAsia"/>
          <w:lang w:eastAsia="zh-CN"/>
        </w:rPr>
        <w:t>(</w:t>
      </w:r>
      <w:r w:rsidR="00572113" w:rsidRPr="00572113">
        <w:rPr>
          <w:rFonts w:ascii="宋体" w:hAnsi="宋体"/>
          <w:lang w:eastAsia="zh-CN"/>
        </w:rPr>
        <w:t>个人</w:t>
      </w:r>
      <w:r w:rsidR="00572113">
        <w:rPr>
          <w:rFonts w:ascii="宋体" w:hAnsi="宋体" w:hint="eastAsia"/>
          <w:lang w:eastAsia="zh-CN"/>
        </w:rPr>
        <w:t>)</w:t>
      </w:r>
      <w:r w:rsidR="00572113" w:rsidRPr="00572113">
        <w:rPr>
          <w:rFonts w:ascii="宋体" w:hAnsi="宋体" w:hint="eastAsia"/>
          <w:lang w:eastAsia="zh-CN"/>
        </w:rPr>
        <w:t xml:space="preserve"> </w:t>
      </w:r>
      <w:r w:rsidR="00572113">
        <w:rPr>
          <w:rFonts w:ascii="宋体" w:hAnsi="宋体" w:hint="eastAsia"/>
          <w:lang w:eastAsia="zh-CN"/>
        </w:rPr>
        <w:t>)</w:t>
      </w:r>
      <w:r w:rsidR="00572113" w:rsidRPr="00572113">
        <w:rPr>
          <w:rFonts w:ascii="宋体" w:hAnsi="宋体"/>
          <w:lang w:eastAsia="zh-CN"/>
        </w:rPr>
        <w:t xml:space="preserve"> → </w:t>
      </w:r>
      <w:r w:rsidR="00572113" w:rsidRPr="00572113">
        <w:rPr>
          <w:rFonts w:ascii="宋体" w:hAnsi="宋体" w:hint="eastAsia"/>
          <w:lang w:eastAsia="zh-CN"/>
        </w:rPr>
        <w:t>选中需要询价的项目单</w:t>
      </w:r>
      <w:r w:rsidR="00572113">
        <w:rPr>
          <w:rFonts w:ascii="宋体" w:hAnsi="宋体" w:hint="eastAsia"/>
          <w:lang w:eastAsia="zh-CN"/>
        </w:rPr>
        <w:t>,</w:t>
      </w:r>
      <w:r w:rsidRPr="00572113">
        <w:rPr>
          <w:rFonts w:ascii="宋体" w:hAnsi="宋体" w:hint="eastAsia"/>
          <w:lang w:eastAsia="zh-CN"/>
        </w:rPr>
        <w:t>点击【编辑项目信息】填写项目基础信息</w:t>
      </w:r>
      <w:r w:rsidRPr="00572113">
        <w:rPr>
          <w:rFonts w:ascii="宋体" w:hAnsi="宋体"/>
          <w:lang w:eastAsia="zh-CN"/>
        </w:rPr>
        <w:t xml:space="preserve"> → 进入【供应商询价管理】</w:t>
      </w:r>
      <w:r w:rsidR="00572113">
        <w:rPr>
          <w:rFonts w:ascii="宋体" w:hAnsi="宋体" w:hint="eastAsia"/>
          <w:lang w:eastAsia="zh-CN"/>
        </w:rPr>
        <w:t>,</w:t>
      </w:r>
      <w:r w:rsidRPr="00572113">
        <w:rPr>
          <w:rFonts w:ascii="宋体" w:hAnsi="宋体"/>
          <w:lang w:eastAsia="zh-CN"/>
        </w:rPr>
        <w:t xml:space="preserve"> 填报并保存供应商信息 → 点击【供应商检测】 获取检测结果 → </w:t>
      </w:r>
      <w:r w:rsidR="00572113">
        <w:rPr>
          <w:rFonts w:ascii="宋体" w:hAnsi="宋体" w:hint="eastAsia"/>
          <w:lang w:eastAsia="zh-CN"/>
        </w:rPr>
        <w:t>按照</w:t>
      </w:r>
      <w:r w:rsidRPr="00572113">
        <w:rPr>
          <w:rFonts w:ascii="宋体" w:hAnsi="宋体"/>
          <w:lang w:eastAsia="zh-CN"/>
        </w:rPr>
        <w:t xml:space="preserve">检测结果完成后续处理 → </w:t>
      </w:r>
      <w:r w:rsidR="002070E6" w:rsidRPr="00572113">
        <w:rPr>
          <w:rFonts w:ascii="宋体" w:hAnsi="宋体"/>
          <w:lang w:eastAsia="zh-CN"/>
        </w:rPr>
        <w:t>填报</w:t>
      </w:r>
      <w:r w:rsidR="00CF2AE9">
        <w:rPr>
          <w:rFonts w:ascii="宋体" w:hAnsi="宋体" w:hint="eastAsia"/>
          <w:lang w:eastAsia="zh-CN"/>
        </w:rPr>
        <w:t>询价代表信息、</w:t>
      </w:r>
      <w:r w:rsidRPr="00572113">
        <w:rPr>
          <w:rFonts w:ascii="宋体" w:hAnsi="宋体"/>
          <w:lang w:eastAsia="zh-CN"/>
        </w:rPr>
        <w:t>成交信息→ 打印采购记录表</w:t>
      </w:r>
      <w:r w:rsidR="00255DE7" w:rsidRPr="00572113">
        <w:rPr>
          <w:rFonts w:ascii="宋体" w:hAnsi="宋体" w:hint="eastAsia"/>
          <w:lang w:eastAsia="zh-CN"/>
        </w:rPr>
        <w:t>、签字、盖章</w:t>
      </w:r>
      <w:r w:rsidRPr="00572113">
        <w:rPr>
          <w:rFonts w:ascii="宋体" w:hAnsi="宋体"/>
          <w:lang w:eastAsia="zh-CN"/>
        </w:rPr>
        <w:t xml:space="preserve"> → 合同模块自动关联询价单并校验。</w:t>
      </w:r>
    </w:p>
    <w:p w14:paraId="090F39A3" w14:textId="3C53C3AA" w:rsidR="00A647B4" w:rsidRPr="00A647B4" w:rsidRDefault="0065609F" w:rsidP="00216255">
      <w:pPr>
        <w:ind w:firstLineChars="0" w:firstLine="0"/>
        <w:jc w:val="center"/>
        <w:rPr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 wp14:anchorId="69BF9766" wp14:editId="0E8C728F">
            <wp:extent cx="5162550" cy="888555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73" r="12589"/>
                    <a:stretch/>
                  </pic:blipFill>
                  <pic:spPr bwMode="auto">
                    <a:xfrm>
                      <a:off x="0" y="0"/>
                      <a:ext cx="5172175" cy="8902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p w14:paraId="04EC3C0D" w14:textId="5126AB79" w:rsidR="007B0A02" w:rsidRDefault="00B53FA1">
      <w:pPr>
        <w:pStyle w:val="1"/>
        <w:ind w:firstLine="643"/>
        <w:rPr>
          <w:lang w:eastAsia="zh-CN"/>
        </w:rPr>
      </w:pPr>
      <w:r>
        <w:rPr>
          <w:rFonts w:ascii="Times New Roman" w:eastAsia="黑体" w:hAnsi="Times New Roman"/>
          <w:lang w:eastAsia="zh-CN"/>
        </w:rPr>
        <w:lastRenderedPageBreak/>
        <w:t>3</w:t>
      </w:r>
      <w:r w:rsidR="00BC0E25">
        <w:rPr>
          <w:rFonts w:ascii="Times New Roman" w:eastAsia="黑体" w:hAnsi="Times New Roman"/>
          <w:lang w:eastAsia="zh-CN"/>
        </w:rPr>
        <w:t xml:space="preserve"> </w:t>
      </w:r>
      <w:r w:rsidR="00BC0E25">
        <w:rPr>
          <w:rFonts w:ascii="Times New Roman" w:eastAsia="黑体" w:hAnsi="Times New Roman"/>
          <w:lang w:eastAsia="zh-CN"/>
        </w:rPr>
        <w:t>申购单提交与询价项目生成</w:t>
      </w:r>
    </w:p>
    <w:p w14:paraId="75C87724" w14:textId="66E81A2D" w:rsidR="007B0A02" w:rsidRDefault="00B53FA1">
      <w:pPr>
        <w:pStyle w:val="21"/>
        <w:ind w:firstLine="562"/>
        <w:rPr>
          <w:lang w:eastAsia="zh-CN"/>
        </w:rPr>
      </w:pPr>
      <w:r>
        <w:rPr>
          <w:rFonts w:ascii="Times New Roman" w:eastAsia="黑体" w:hAnsi="Times New Roman"/>
          <w:lang w:eastAsia="zh-CN"/>
        </w:rPr>
        <w:t>3</w:t>
      </w:r>
      <w:r w:rsidR="00BC0E25">
        <w:rPr>
          <w:rFonts w:ascii="Times New Roman" w:eastAsia="黑体" w:hAnsi="Times New Roman"/>
          <w:lang w:eastAsia="zh-CN"/>
        </w:rPr>
        <w:t xml:space="preserve">.1 </w:t>
      </w:r>
      <w:r w:rsidR="00BC0E25">
        <w:rPr>
          <w:rFonts w:ascii="Times New Roman" w:eastAsia="黑体" w:hAnsi="Times New Roman"/>
          <w:lang w:eastAsia="zh-CN"/>
        </w:rPr>
        <w:t>提交申购单</w:t>
      </w:r>
    </w:p>
    <w:p w14:paraId="268F97AA" w14:textId="77777777" w:rsidR="007B0A02" w:rsidRDefault="00BC0E25">
      <w:pPr>
        <w:rPr>
          <w:lang w:eastAsia="zh-CN"/>
        </w:rPr>
      </w:pPr>
      <w:r>
        <w:rPr>
          <w:lang w:eastAsia="zh-CN"/>
        </w:rPr>
        <w:t>用户在平台提交申购单，申购类型包括设备、附件、家具、项目、材料、维修测试加工。</w:t>
      </w:r>
    </w:p>
    <w:p w14:paraId="6DBA2AB3" w14:textId="6ADF7AB0" w:rsidR="007B0A02" w:rsidRDefault="00B53FA1">
      <w:pPr>
        <w:pStyle w:val="21"/>
        <w:ind w:firstLine="562"/>
        <w:rPr>
          <w:lang w:eastAsia="zh-CN"/>
        </w:rPr>
      </w:pPr>
      <w:r>
        <w:rPr>
          <w:rFonts w:ascii="Times New Roman" w:eastAsia="黑体" w:hAnsi="Times New Roman"/>
          <w:lang w:eastAsia="zh-CN"/>
        </w:rPr>
        <w:t>3</w:t>
      </w:r>
      <w:r w:rsidR="00BC0E25">
        <w:rPr>
          <w:rFonts w:ascii="Times New Roman" w:eastAsia="黑体" w:hAnsi="Times New Roman"/>
          <w:lang w:eastAsia="zh-CN"/>
        </w:rPr>
        <w:t xml:space="preserve">.2 </w:t>
      </w:r>
      <w:r w:rsidR="00BC0E25">
        <w:rPr>
          <w:rFonts w:ascii="Times New Roman" w:eastAsia="黑体" w:hAnsi="Times New Roman"/>
          <w:lang w:eastAsia="zh-CN"/>
        </w:rPr>
        <w:t>自动生成询价项目</w:t>
      </w:r>
    </w:p>
    <w:p w14:paraId="1A04FBFB" w14:textId="740AB24D" w:rsidR="007B0A02" w:rsidRDefault="00BC0E25">
      <w:pPr>
        <w:rPr>
          <w:lang w:eastAsia="zh-CN"/>
        </w:rPr>
      </w:pPr>
      <w:r>
        <w:rPr>
          <w:lang w:eastAsia="zh-CN"/>
        </w:rPr>
        <w:t>申购单提交且审批通过后，系统将在</w:t>
      </w:r>
      <w:r>
        <w:rPr>
          <w:lang w:eastAsia="zh-CN"/>
        </w:rPr>
        <w:t>“</w:t>
      </w:r>
      <w:r>
        <w:rPr>
          <w:lang w:eastAsia="zh-CN"/>
        </w:rPr>
        <w:t>询价项目管理（个人）</w:t>
      </w:r>
      <w:r>
        <w:rPr>
          <w:lang w:eastAsia="zh-CN"/>
        </w:rPr>
        <w:t>”</w:t>
      </w:r>
      <w:r w:rsidR="00FF24BD">
        <w:rPr>
          <w:rFonts w:hint="eastAsia"/>
          <w:lang w:eastAsia="zh-CN"/>
        </w:rPr>
        <w:t>菜单</w:t>
      </w:r>
      <w:r>
        <w:rPr>
          <w:lang w:eastAsia="zh-CN"/>
        </w:rPr>
        <w:t>中自动新增对应询价项目记录</w:t>
      </w:r>
      <w:r w:rsidR="002908FD">
        <w:rPr>
          <w:rFonts w:hint="eastAsia"/>
          <w:lang w:eastAsia="zh-CN"/>
        </w:rPr>
        <w:t>。</w:t>
      </w:r>
      <w:r w:rsidR="002908FD">
        <w:rPr>
          <w:lang w:eastAsia="zh-CN"/>
        </w:rPr>
        <w:t xml:space="preserve"> </w:t>
      </w:r>
    </w:p>
    <w:p w14:paraId="5D723CBD" w14:textId="1185C975" w:rsidR="00A647B4" w:rsidRDefault="00A647B4" w:rsidP="00CD0D99">
      <w:pPr>
        <w:ind w:firstLineChars="0" w:firstLine="0"/>
        <w:rPr>
          <w:lang w:eastAsia="zh-CN"/>
        </w:rPr>
      </w:pPr>
      <w:r w:rsidRPr="00A647B4">
        <w:rPr>
          <w:noProof/>
          <w:lang w:eastAsia="zh-CN"/>
        </w:rPr>
        <w:drawing>
          <wp:inline distT="0" distB="0" distL="0" distR="0" wp14:anchorId="2475952D" wp14:editId="45E3FE8E">
            <wp:extent cx="6855780" cy="279082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8932" cy="2808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03957" w14:textId="77777777" w:rsidR="00A647B4" w:rsidRDefault="00A647B4">
      <w:pPr>
        <w:rPr>
          <w:lang w:eastAsia="zh-CN"/>
        </w:rPr>
      </w:pPr>
    </w:p>
    <w:p w14:paraId="4C4395D6" w14:textId="5871CBF9" w:rsidR="007B0A02" w:rsidRDefault="00B53FA1">
      <w:pPr>
        <w:pStyle w:val="1"/>
        <w:ind w:firstLine="643"/>
        <w:rPr>
          <w:lang w:eastAsia="zh-CN"/>
        </w:rPr>
      </w:pPr>
      <w:r>
        <w:rPr>
          <w:rFonts w:ascii="Times New Roman" w:eastAsia="黑体" w:hAnsi="Times New Roman"/>
          <w:lang w:eastAsia="zh-CN"/>
        </w:rPr>
        <w:t>4</w:t>
      </w:r>
      <w:r w:rsidR="00BC0E25">
        <w:rPr>
          <w:rFonts w:ascii="Times New Roman" w:eastAsia="黑体" w:hAnsi="Times New Roman"/>
          <w:lang w:eastAsia="zh-CN"/>
        </w:rPr>
        <w:t xml:space="preserve"> </w:t>
      </w:r>
      <w:r w:rsidR="00BC0E25">
        <w:rPr>
          <w:rFonts w:ascii="Times New Roman" w:eastAsia="黑体" w:hAnsi="Times New Roman"/>
          <w:lang w:eastAsia="zh-CN"/>
        </w:rPr>
        <w:t>询价项目管理（个人）列表</w:t>
      </w:r>
      <w:r w:rsidR="00566914">
        <w:rPr>
          <w:rFonts w:ascii="Times New Roman" w:eastAsia="黑体" w:hAnsi="Times New Roman" w:hint="eastAsia"/>
          <w:lang w:eastAsia="zh-CN"/>
        </w:rPr>
        <w:t>操作说明</w:t>
      </w:r>
    </w:p>
    <w:p w14:paraId="276696A7" w14:textId="11EC2B94" w:rsidR="00566914" w:rsidRPr="00566914" w:rsidRDefault="00566914" w:rsidP="00566914">
      <w:pPr>
        <w:numPr>
          <w:ilvl w:val="0"/>
          <w:numId w:val="10"/>
        </w:numPr>
        <w:spacing w:before="100" w:beforeAutospacing="1" w:after="100" w:afterAutospacing="1" w:line="240" w:lineRule="auto"/>
        <w:ind w:firstLineChars="0"/>
        <w:jc w:val="left"/>
        <w:rPr>
          <w:rFonts w:ascii="宋体" w:hAnsi="宋体" w:cs="宋体"/>
          <w:color w:val="auto"/>
          <w:szCs w:val="24"/>
          <w:lang w:eastAsia="zh-CN"/>
        </w:rPr>
      </w:pPr>
      <w:r w:rsidRPr="00566914">
        <w:rPr>
          <w:rFonts w:ascii="宋体" w:hAnsi="宋体" w:cs="宋体"/>
          <w:b/>
          <w:bCs/>
          <w:color w:val="auto"/>
          <w:szCs w:val="24"/>
          <w:lang w:eastAsia="zh-CN"/>
        </w:rPr>
        <w:t>【编辑项目信息】</w:t>
      </w:r>
      <w:r w:rsidRPr="00566914">
        <w:rPr>
          <w:rFonts w:ascii="宋体" w:hAnsi="宋体" w:cs="宋体"/>
          <w:color w:val="auto"/>
          <w:szCs w:val="24"/>
          <w:lang w:eastAsia="zh-CN"/>
        </w:rPr>
        <w:t>：点击进入该采购项目的基本信息编辑页面。</w:t>
      </w:r>
    </w:p>
    <w:p w14:paraId="25AE50B9" w14:textId="5C19885D" w:rsidR="00566914" w:rsidRPr="00C54036" w:rsidRDefault="00566914" w:rsidP="00566914">
      <w:pPr>
        <w:numPr>
          <w:ilvl w:val="0"/>
          <w:numId w:val="10"/>
        </w:numPr>
        <w:spacing w:before="100" w:beforeAutospacing="1" w:after="100" w:afterAutospacing="1" w:line="240" w:lineRule="auto"/>
        <w:ind w:firstLineChars="0"/>
        <w:jc w:val="left"/>
        <w:rPr>
          <w:rFonts w:ascii="宋体" w:hAnsi="宋体" w:cs="宋体"/>
          <w:color w:val="auto"/>
          <w:szCs w:val="24"/>
          <w:lang w:eastAsia="zh-CN"/>
        </w:rPr>
      </w:pPr>
      <w:r w:rsidRPr="00566914">
        <w:rPr>
          <w:rFonts w:ascii="宋体" w:hAnsi="宋体" w:cs="宋体"/>
          <w:b/>
          <w:bCs/>
          <w:color w:val="auto"/>
          <w:szCs w:val="24"/>
          <w:lang w:eastAsia="zh-CN"/>
        </w:rPr>
        <w:t>【供应商询价管理】</w:t>
      </w:r>
      <w:r w:rsidRPr="00566914">
        <w:rPr>
          <w:rFonts w:ascii="宋体" w:hAnsi="宋体" w:cs="宋体"/>
          <w:color w:val="auto"/>
          <w:szCs w:val="24"/>
          <w:lang w:eastAsia="zh-CN"/>
        </w:rPr>
        <w:t>：点击进入该项目的供应商询价管理页面。</w:t>
      </w:r>
    </w:p>
    <w:p w14:paraId="10483BB9" w14:textId="22E5F033" w:rsidR="00A647B4" w:rsidRPr="00566914" w:rsidRDefault="00A647B4">
      <w:pPr>
        <w:rPr>
          <w:lang w:eastAsia="zh-CN"/>
        </w:rPr>
      </w:pPr>
    </w:p>
    <w:p w14:paraId="7BD1A17C" w14:textId="05337A42" w:rsidR="00ED0DB4" w:rsidRDefault="00255DE7" w:rsidP="00A9238B">
      <w:pPr>
        <w:ind w:firstLineChars="0" w:firstLine="0"/>
        <w:rPr>
          <w:lang w:eastAsia="zh-CN"/>
        </w:rPr>
      </w:pPr>
      <w:r w:rsidRPr="00255DE7">
        <w:rPr>
          <w:noProof/>
          <w:lang w:eastAsia="zh-CN"/>
        </w:rPr>
        <w:lastRenderedPageBreak/>
        <w:drawing>
          <wp:inline distT="0" distB="0" distL="0" distR="0" wp14:anchorId="0D74A53D" wp14:editId="5D73B771">
            <wp:extent cx="8644619" cy="2691448"/>
            <wp:effectExtent l="0" t="0" r="444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3595" cy="2725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91F45" w14:textId="77777777" w:rsidR="00ED0DB4" w:rsidRDefault="00ED0DB4" w:rsidP="00ED0DB4">
      <w:pPr>
        <w:rPr>
          <w:lang w:eastAsia="zh-CN"/>
        </w:rPr>
      </w:pPr>
    </w:p>
    <w:p w14:paraId="54518DAE" w14:textId="7ABCCE01" w:rsidR="00ED0DB4" w:rsidRDefault="00B53FA1" w:rsidP="00ED0DB4">
      <w:pPr>
        <w:pStyle w:val="1"/>
        <w:ind w:firstLine="643"/>
        <w:rPr>
          <w:lang w:eastAsia="zh-CN"/>
        </w:rPr>
      </w:pPr>
      <w:r>
        <w:rPr>
          <w:rFonts w:ascii="Times New Roman" w:eastAsia="黑体" w:hAnsi="Times New Roman"/>
          <w:lang w:eastAsia="zh-CN"/>
        </w:rPr>
        <w:t>5</w:t>
      </w:r>
      <w:r w:rsidR="00ED0DB4">
        <w:rPr>
          <w:rFonts w:ascii="Times New Roman" w:eastAsia="黑体" w:hAnsi="Times New Roman"/>
          <w:lang w:eastAsia="zh-CN"/>
        </w:rPr>
        <w:t xml:space="preserve"> </w:t>
      </w:r>
      <w:r w:rsidR="00ED0DB4">
        <w:rPr>
          <w:rFonts w:ascii="Times New Roman" w:eastAsia="黑体" w:hAnsi="Times New Roman" w:hint="eastAsia"/>
          <w:lang w:eastAsia="zh-CN"/>
        </w:rPr>
        <w:t>采购项目管理</w:t>
      </w:r>
      <w:r w:rsidR="00ED0DB4">
        <w:rPr>
          <w:rFonts w:ascii="Times New Roman" w:eastAsia="黑体" w:hAnsi="Times New Roman"/>
          <w:lang w:eastAsia="zh-CN"/>
        </w:rPr>
        <w:t>页面</w:t>
      </w:r>
    </w:p>
    <w:p w14:paraId="57B5308A" w14:textId="561DA137" w:rsidR="00ED0DB4" w:rsidRDefault="00B53FA1" w:rsidP="00ED0DB4">
      <w:pPr>
        <w:pStyle w:val="21"/>
        <w:ind w:firstLine="562"/>
        <w:rPr>
          <w:lang w:eastAsia="zh-CN"/>
        </w:rPr>
      </w:pPr>
      <w:r>
        <w:rPr>
          <w:rFonts w:ascii="Times New Roman" w:eastAsia="黑体" w:hAnsi="Times New Roman"/>
          <w:lang w:eastAsia="zh-CN"/>
        </w:rPr>
        <w:t>5</w:t>
      </w:r>
      <w:r w:rsidR="00ED0DB4">
        <w:rPr>
          <w:rFonts w:ascii="Times New Roman" w:eastAsia="黑体" w:hAnsi="Times New Roman"/>
          <w:lang w:eastAsia="zh-CN"/>
        </w:rPr>
        <w:t xml:space="preserve">.1 </w:t>
      </w:r>
      <w:r w:rsidR="00ED0DB4">
        <w:rPr>
          <w:rFonts w:ascii="Times New Roman" w:eastAsia="黑体" w:hAnsi="Times New Roman" w:hint="eastAsia"/>
          <w:lang w:eastAsia="zh-CN"/>
        </w:rPr>
        <w:t>项目信息编辑</w:t>
      </w:r>
    </w:p>
    <w:p w14:paraId="5D14004A" w14:textId="243045B6" w:rsidR="00ED0DB4" w:rsidRDefault="00ED0DB4" w:rsidP="00ED0DB4">
      <w:pPr>
        <w:rPr>
          <w:lang w:eastAsia="zh-CN"/>
        </w:rPr>
      </w:pPr>
      <w:r>
        <w:rPr>
          <w:lang w:eastAsia="zh-CN"/>
        </w:rPr>
        <w:t>在询价项目管理</w:t>
      </w:r>
      <w:r w:rsidR="002070E6">
        <w:rPr>
          <w:rFonts w:hint="eastAsia"/>
          <w:lang w:eastAsia="zh-CN"/>
        </w:rPr>
        <w:t>(</w:t>
      </w:r>
      <w:r>
        <w:rPr>
          <w:lang w:eastAsia="zh-CN"/>
        </w:rPr>
        <w:t>个人</w:t>
      </w:r>
      <w:r w:rsidR="002070E6">
        <w:rPr>
          <w:rFonts w:hint="eastAsia"/>
          <w:lang w:eastAsia="zh-CN"/>
        </w:rPr>
        <w:t>)</w:t>
      </w:r>
      <w:r>
        <w:rPr>
          <w:lang w:eastAsia="zh-CN"/>
        </w:rPr>
        <w:t>列表中</w:t>
      </w:r>
      <w:r w:rsidR="00EE7E71">
        <w:rPr>
          <w:rFonts w:hint="eastAsia"/>
          <w:lang w:eastAsia="zh-CN"/>
        </w:rPr>
        <w:t>，</w:t>
      </w:r>
      <w:r w:rsidR="00EE7E71">
        <w:rPr>
          <w:rFonts w:ascii="宋体" w:hAnsi="宋体" w:cs="宋体" w:hint="eastAsia"/>
          <w:color w:val="auto"/>
          <w:szCs w:val="24"/>
          <w:lang w:eastAsia="zh-CN"/>
        </w:rPr>
        <w:t>勾选需要编辑的项目，</w:t>
      </w:r>
      <w:r>
        <w:rPr>
          <w:lang w:eastAsia="zh-CN"/>
        </w:rPr>
        <w:t>点击【</w:t>
      </w:r>
      <w:r>
        <w:rPr>
          <w:rFonts w:hint="eastAsia"/>
          <w:lang w:eastAsia="zh-CN"/>
        </w:rPr>
        <w:t>编辑项目信息</w:t>
      </w:r>
      <w:r>
        <w:rPr>
          <w:lang w:eastAsia="zh-CN"/>
        </w:rPr>
        <w:t>】进入</w:t>
      </w:r>
      <w:r w:rsidR="00EE7E71" w:rsidRPr="00566914">
        <w:rPr>
          <w:rFonts w:ascii="宋体" w:hAnsi="宋体" w:cs="宋体"/>
          <w:color w:val="auto"/>
          <w:szCs w:val="24"/>
          <w:lang w:eastAsia="zh-CN"/>
        </w:rPr>
        <w:t>该采购项目的基本信息编辑页面</w:t>
      </w:r>
      <w:r>
        <w:rPr>
          <w:rFonts w:hint="eastAsia"/>
          <w:lang w:eastAsia="zh-CN"/>
        </w:rPr>
        <w:t>，填报相关字段</w:t>
      </w:r>
      <w:r>
        <w:rPr>
          <w:lang w:eastAsia="zh-CN"/>
        </w:rPr>
        <w:t>。</w:t>
      </w:r>
      <w:r w:rsidR="007A0F53">
        <w:rPr>
          <w:rFonts w:hint="eastAsia"/>
          <w:lang w:eastAsia="zh-CN"/>
        </w:rPr>
        <w:t>所有</w:t>
      </w:r>
      <w:r w:rsidR="007A0F53" w:rsidRPr="007A0F53">
        <w:rPr>
          <w:rFonts w:hint="eastAsia"/>
          <w:lang w:eastAsia="zh-CN"/>
        </w:rPr>
        <w:t>标注“</w:t>
      </w:r>
      <w:r w:rsidR="007A0F53">
        <w:rPr>
          <w:rFonts w:hint="eastAsia"/>
          <w:lang w:eastAsia="zh-CN"/>
        </w:rPr>
        <w:t>*</w:t>
      </w:r>
      <w:r w:rsidR="007A0F53" w:rsidRPr="007A0F53">
        <w:rPr>
          <w:rFonts w:hint="eastAsia"/>
          <w:lang w:eastAsia="zh-CN"/>
        </w:rPr>
        <w:t>”者</w:t>
      </w:r>
      <w:r w:rsidR="007A0F53">
        <w:rPr>
          <w:rFonts w:hint="eastAsia"/>
          <w:lang w:eastAsia="zh-CN"/>
        </w:rPr>
        <w:t>必填，并</w:t>
      </w:r>
      <w:r w:rsidR="00EE7E71">
        <w:rPr>
          <w:rFonts w:hint="eastAsia"/>
          <w:lang w:eastAsia="zh-CN"/>
        </w:rPr>
        <w:t>在</w:t>
      </w:r>
      <w:r w:rsidR="007A0F53">
        <w:rPr>
          <w:rFonts w:hint="eastAsia"/>
          <w:lang w:eastAsia="zh-CN"/>
        </w:rPr>
        <w:t>项目内容中勾选相应的申购单号</w:t>
      </w:r>
      <w:r w:rsidR="006D35DE">
        <w:rPr>
          <w:rFonts w:hint="eastAsia"/>
          <w:lang w:eastAsia="zh-CN"/>
        </w:rPr>
        <w:t>，保存之后关闭</w:t>
      </w:r>
      <w:r w:rsidR="007A0F53">
        <w:rPr>
          <w:rFonts w:hint="eastAsia"/>
          <w:lang w:eastAsia="zh-CN"/>
        </w:rPr>
        <w:t>。</w:t>
      </w:r>
    </w:p>
    <w:p w14:paraId="0F25B808" w14:textId="11EBA038" w:rsidR="00A647B4" w:rsidRDefault="00A647B4" w:rsidP="00ED0DB4">
      <w:pPr>
        <w:rPr>
          <w:lang w:eastAsia="zh-CN"/>
        </w:rPr>
      </w:pPr>
      <w:r>
        <w:rPr>
          <w:noProof/>
        </w:rPr>
        <w:drawing>
          <wp:inline distT="0" distB="0" distL="0" distR="0" wp14:anchorId="176E4F33" wp14:editId="28A314D6">
            <wp:extent cx="5831457" cy="3444689"/>
            <wp:effectExtent l="0" t="0" r="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53486" cy="3457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3BF27" w14:textId="77777777" w:rsidR="00ED0DB4" w:rsidRPr="00ED0DB4" w:rsidRDefault="00ED0DB4">
      <w:pPr>
        <w:rPr>
          <w:lang w:eastAsia="zh-CN"/>
        </w:rPr>
      </w:pPr>
    </w:p>
    <w:p w14:paraId="1F7EBE96" w14:textId="321A8E89" w:rsidR="007B0A02" w:rsidRDefault="00B53FA1">
      <w:pPr>
        <w:pStyle w:val="1"/>
        <w:ind w:firstLine="643"/>
        <w:rPr>
          <w:lang w:eastAsia="zh-CN"/>
        </w:rPr>
      </w:pPr>
      <w:r>
        <w:rPr>
          <w:rFonts w:ascii="Times New Roman" w:eastAsia="黑体" w:hAnsi="Times New Roman"/>
          <w:lang w:eastAsia="zh-CN"/>
        </w:rPr>
        <w:lastRenderedPageBreak/>
        <w:t>6</w:t>
      </w:r>
      <w:r w:rsidR="00BC0E25">
        <w:rPr>
          <w:rFonts w:ascii="Times New Roman" w:eastAsia="黑体" w:hAnsi="Times New Roman"/>
          <w:lang w:eastAsia="zh-CN"/>
        </w:rPr>
        <w:t xml:space="preserve"> </w:t>
      </w:r>
      <w:r w:rsidR="00BC0E25">
        <w:rPr>
          <w:rFonts w:ascii="Times New Roman" w:eastAsia="黑体" w:hAnsi="Times New Roman"/>
          <w:lang w:eastAsia="zh-CN"/>
        </w:rPr>
        <w:t>供应商询价管理页面</w:t>
      </w:r>
    </w:p>
    <w:p w14:paraId="3F4DD8CF" w14:textId="2F47A9DC" w:rsidR="007B0A02" w:rsidRDefault="00EE7E71" w:rsidP="00EE7E71">
      <w:pPr>
        <w:rPr>
          <w:lang w:eastAsia="zh-CN"/>
        </w:rPr>
      </w:pPr>
      <w:r w:rsidRPr="00EE7E71">
        <w:rPr>
          <w:rFonts w:hint="eastAsia"/>
          <w:lang w:eastAsia="zh-CN"/>
        </w:rPr>
        <w:t>项目信息填写完整后，保存</w:t>
      </w:r>
      <w:r>
        <w:rPr>
          <w:rFonts w:hint="eastAsia"/>
          <w:lang w:eastAsia="zh-CN"/>
        </w:rPr>
        <w:t>、</w:t>
      </w:r>
      <w:r w:rsidRPr="00EE7E71">
        <w:rPr>
          <w:rFonts w:hint="eastAsia"/>
          <w:lang w:eastAsia="zh-CN"/>
        </w:rPr>
        <w:t>关闭，回到询价项目管理</w:t>
      </w:r>
      <w:r w:rsidRPr="00EE7E71">
        <w:rPr>
          <w:rFonts w:hint="eastAsia"/>
          <w:lang w:eastAsia="zh-CN"/>
        </w:rPr>
        <w:t>(</w:t>
      </w:r>
      <w:r w:rsidRPr="00EE7E71">
        <w:rPr>
          <w:rFonts w:hint="eastAsia"/>
          <w:lang w:eastAsia="zh-CN"/>
        </w:rPr>
        <w:t>个人</w:t>
      </w:r>
      <w:r w:rsidRPr="00EE7E71">
        <w:rPr>
          <w:rFonts w:hint="eastAsia"/>
          <w:lang w:eastAsia="zh-CN"/>
        </w:rPr>
        <w:t>)</w:t>
      </w:r>
      <w:r w:rsidRPr="00EE7E71">
        <w:rPr>
          <w:rFonts w:hint="eastAsia"/>
          <w:lang w:eastAsia="zh-CN"/>
        </w:rPr>
        <w:t>列表界面，</w:t>
      </w:r>
      <w:r>
        <w:rPr>
          <w:rFonts w:ascii="宋体" w:hAnsi="宋体" w:cs="宋体" w:hint="eastAsia"/>
          <w:color w:val="auto"/>
          <w:szCs w:val="24"/>
          <w:lang w:eastAsia="zh-CN"/>
        </w:rPr>
        <w:t>勾选需要编辑的项目，</w:t>
      </w:r>
      <w:r w:rsidRPr="00566914">
        <w:rPr>
          <w:rFonts w:ascii="宋体" w:hAnsi="宋体" w:cs="宋体"/>
          <w:color w:val="auto"/>
          <w:szCs w:val="24"/>
          <w:lang w:eastAsia="zh-CN"/>
        </w:rPr>
        <w:t>点击</w:t>
      </w:r>
      <w:r>
        <w:rPr>
          <w:lang w:eastAsia="zh-CN"/>
        </w:rPr>
        <w:t>【供应商询价管理】</w:t>
      </w:r>
      <w:r>
        <w:rPr>
          <w:rFonts w:ascii="宋体" w:hAnsi="宋体" w:cs="宋体" w:hint="eastAsia"/>
          <w:color w:val="auto"/>
          <w:szCs w:val="24"/>
          <w:lang w:eastAsia="zh-CN"/>
        </w:rPr>
        <w:t>按钮，</w:t>
      </w:r>
      <w:r w:rsidR="00BC0E25">
        <w:rPr>
          <w:lang w:eastAsia="zh-CN"/>
        </w:rPr>
        <w:t>进入对应页面。</w:t>
      </w:r>
      <w:r w:rsidRPr="00C54036">
        <w:rPr>
          <w:rFonts w:ascii="宋体" w:hAnsi="宋体" w:cs="宋体" w:hint="eastAsia"/>
          <w:color w:val="auto"/>
          <w:szCs w:val="24"/>
          <w:lang w:eastAsia="zh-CN"/>
        </w:rPr>
        <w:t>只有</w:t>
      </w:r>
      <w:r w:rsidRPr="00736159">
        <w:rPr>
          <w:rFonts w:ascii="宋体" w:hAnsi="宋体" w:cs="宋体"/>
          <w:color w:val="auto"/>
          <w:szCs w:val="24"/>
          <w:lang w:eastAsia="zh-CN"/>
        </w:rPr>
        <w:t>项目信息</w:t>
      </w:r>
      <w:r w:rsidRPr="00736159">
        <w:rPr>
          <w:rFonts w:ascii="宋体" w:hAnsi="宋体" w:cs="宋体" w:hint="eastAsia"/>
          <w:color w:val="auto"/>
          <w:szCs w:val="24"/>
          <w:lang w:eastAsia="zh-CN"/>
        </w:rPr>
        <w:t>编辑完整且保存后，</w:t>
      </w:r>
      <w:r>
        <w:rPr>
          <w:rFonts w:ascii="宋体" w:hAnsi="宋体" w:cs="宋体" w:hint="eastAsia"/>
          <w:color w:val="auto"/>
          <w:szCs w:val="24"/>
          <w:lang w:eastAsia="zh-CN"/>
        </w:rPr>
        <w:t>才可以</w:t>
      </w:r>
      <w:r w:rsidRPr="00566914">
        <w:rPr>
          <w:rFonts w:ascii="宋体" w:hAnsi="宋体" w:cs="宋体"/>
          <w:color w:val="auto"/>
          <w:szCs w:val="24"/>
          <w:lang w:eastAsia="zh-CN"/>
        </w:rPr>
        <w:t>进入供应商询价管理页面</w:t>
      </w:r>
      <w:r>
        <w:rPr>
          <w:rFonts w:ascii="宋体" w:hAnsi="宋体" w:cs="宋体" w:hint="eastAsia"/>
          <w:color w:val="auto"/>
          <w:szCs w:val="24"/>
          <w:lang w:eastAsia="zh-CN"/>
        </w:rPr>
        <w:t>。</w:t>
      </w:r>
    </w:p>
    <w:p w14:paraId="761F301B" w14:textId="1974432B" w:rsidR="00A647B4" w:rsidRDefault="00EB79D0" w:rsidP="00A9238B">
      <w:pPr>
        <w:ind w:firstLineChars="0" w:firstLine="0"/>
        <w:rPr>
          <w:lang w:eastAsia="zh-CN"/>
        </w:rPr>
      </w:pPr>
      <w:r w:rsidRPr="00EB79D0">
        <w:rPr>
          <w:noProof/>
        </w:rPr>
        <w:drawing>
          <wp:inline distT="0" distB="0" distL="0" distR="0" wp14:anchorId="2D089F68" wp14:editId="09D93E55">
            <wp:extent cx="7077191" cy="2864161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7191" cy="2864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38D29" w14:textId="77777777" w:rsidR="00A647B4" w:rsidRDefault="00A647B4">
      <w:pPr>
        <w:rPr>
          <w:lang w:eastAsia="zh-CN"/>
        </w:rPr>
      </w:pPr>
    </w:p>
    <w:p w14:paraId="28834C2D" w14:textId="4DB054F9" w:rsidR="007B0A02" w:rsidRDefault="00B53FA1">
      <w:pPr>
        <w:pStyle w:val="21"/>
        <w:ind w:firstLine="562"/>
        <w:rPr>
          <w:lang w:eastAsia="zh-CN"/>
        </w:rPr>
      </w:pPr>
      <w:r>
        <w:rPr>
          <w:rFonts w:ascii="Times New Roman" w:eastAsia="黑体" w:hAnsi="Times New Roman"/>
          <w:lang w:eastAsia="zh-CN"/>
        </w:rPr>
        <w:t>6</w:t>
      </w:r>
      <w:r w:rsidR="00BC0E25">
        <w:rPr>
          <w:rFonts w:ascii="Times New Roman" w:eastAsia="黑体" w:hAnsi="Times New Roman"/>
          <w:lang w:eastAsia="zh-CN"/>
        </w:rPr>
        <w:t>.</w:t>
      </w:r>
      <w:r w:rsidR="00ED0DB4">
        <w:rPr>
          <w:rFonts w:ascii="Times New Roman" w:eastAsia="黑体" w:hAnsi="Times New Roman"/>
          <w:lang w:eastAsia="zh-CN"/>
        </w:rPr>
        <w:t>1</w:t>
      </w:r>
      <w:r w:rsidR="00BC0E25">
        <w:rPr>
          <w:rFonts w:ascii="Times New Roman" w:eastAsia="黑体" w:hAnsi="Times New Roman"/>
          <w:lang w:eastAsia="zh-CN"/>
        </w:rPr>
        <w:t xml:space="preserve"> </w:t>
      </w:r>
      <w:r w:rsidR="00BC0E25">
        <w:rPr>
          <w:rFonts w:ascii="Times New Roman" w:eastAsia="黑体" w:hAnsi="Times New Roman"/>
          <w:lang w:eastAsia="zh-CN"/>
        </w:rPr>
        <w:t>采购方式与供应商行初始化</w:t>
      </w:r>
    </w:p>
    <w:p w14:paraId="500E1F0E" w14:textId="77777777" w:rsidR="007B0A02" w:rsidRDefault="00BC0E25">
      <w:pPr>
        <w:rPr>
          <w:lang w:eastAsia="zh-CN"/>
        </w:rPr>
      </w:pPr>
      <w:r>
        <w:rPr>
          <w:lang w:eastAsia="zh-CN"/>
        </w:rPr>
        <w:t>系统根据采购方式自动初始化供应商录入行数：</w:t>
      </w:r>
    </w:p>
    <w:p w14:paraId="48CA4B94" w14:textId="62291330" w:rsidR="007B0A02" w:rsidRDefault="00BC0E25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）询价采购：进入【供应商询价管理】页面自动生成</w:t>
      </w:r>
      <w:r w:rsidR="004C70B7">
        <w:rPr>
          <w:rFonts w:hint="eastAsia"/>
          <w:lang w:eastAsia="zh-CN"/>
        </w:rPr>
        <w:t>三</w:t>
      </w:r>
      <w:r>
        <w:rPr>
          <w:lang w:eastAsia="zh-CN"/>
        </w:rPr>
        <w:t>行供应商录入行；如实际仅需填报两家供应商，用户</w:t>
      </w:r>
      <w:r w:rsidR="004415B1">
        <w:rPr>
          <w:rFonts w:hint="eastAsia"/>
          <w:lang w:eastAsia="zh-CN"/>
        </w:rPr>
        <w:t>需要</w:t>
      </w:r>
      <w:r>
        <w:rPr>
          <w:lang w:eastAsia="zh-CN"/>
        </w:rPr>
        <w:t>自行删除一行</w:t>
      </w:r>
      <w:r w:rsidR="005627B6">
        <w:rPr>
          <w:rFonts w:hint="eastAsia"/>
          <w:lang w:eastAsia="zh-CN"/>
        </w:rPr>
        <w:t>（最右边</w:t>
      </w:r>
      <w:r w:rsidR="005627B6">
        <w:rPr>
          <w:lang w:eastAsia="zh-CN"/>
        </w:rPr>
        <w:t>【</w:t>
      </w:r>
      <w:r w:rsidR="005627B6">
        <w:rPr>
          <w:rFonts w:hint="eastAsia"/>
          <w:lang w:eastAsia="zh-CN"/>
        </w:rPr>
        <w:t>删除】按钮）</w:t>
      </w:r>
      <w:r>
        <w:rPr>
          <w:lang w:eastAsia="zh-CN"/>
        </w:rPr>
        <w:t>。</w:t>
      </w:r>
      <w:r w:rsidR="004415B1">
        <w:rPr>
          <w:rFonts w:hint="eastAsia"/>
          <w:lang w:eastAsia="zh-CN"/>
        </w:rPr>
        <w:t>如</w:t>
      </w:r>
      <w:r w:rsidR="00490212">
        <w:rPr>
          <w:rFonts w:hint="eastAsia"/>
          <w:lang w:eastAsia="zh-CN"/>
        </w:rPr>
        <w:t>留</w:t>
      </w:r>
      <w:r w:rsidR="004415B1">
        <w:rPr>
          <w:rFonts w:hint="eastAsia"/>
          <w:lang w:eastAsia="zh-CN"/>
        </w:rPr>
        <w:t>有空白行未填写，无法进行下一步操作。</w:t>
      </w:r>
    </w:p>
    <w:p w14:paraId="13C25166" w14:textId="5CD2030F" w:rsidR="007B0A02" w:rsidRDefault="00BC0E25">
      <w:pPr>
        <w:rPr>
          <w:lang w:eastAsia="zh-CN"/>
        </w:rPr>
      </w:pPr>
      <w:r>
        <w:rPr>
          <w:lang w:eastAsia="zh-CN"/>
        </w:rPr>
        <w:t>（</w:t>
      </w:r>
      <w:r>
        <w:rPr>
          <w:lang w:eastAsia="zh-CN"/>
        </w:rPr>
        <w:t>2</w:t>
      </w:r>
      <w:r>
        <w:rPr>
          <w:lang w:eastAsia="zh-CN"/>
        </w:rPr>
        <w:t>）单一来源：进入【供应商询价管理】页面自动生成</w:t>
      </w:r>
      <w:r w:rsidR="004C70B7">
        <w:rPr>
          <w:rFonts w:hint="eastAsia"/>
          <w:lang w:eastAsia="zh-CN"/>
        </w:rPr>
        <w:t>一</w:t>
      </w:r>
      <w:r>
        <w:rPr>
          <w:lang w:eastAsia="zh-CN"/>
        </w:rPr>
        <w:t>行供应商录入行</w:t>
      </w:r>
      <w:r w:rsidR="009C7BDC">
        <w:rPr>
          <w:rFonts w:hint="eastAsia"/>
          <w:lang w:eastAsia="zh-CN"/>
        </w:rPr>
        <w:t>。</w:t>
      </w:r>
    </w:p>
    <w:p w14:paraId="20B9675C" w14:textId="49E375AF" w:rsidR="007B0A02" w:rsidRDefault="00B53FA1">
      <w:pPr>
        <w:pStyle w:val="21"/>
        <w:ind w:firstLine="562"/>
        <w:rPr>
          <w:lang w:eastAsia="zh-CN"/>
        </w:rPr>
      </w:pPr>
      <w:r>
        <w:rPr>
          <w:rFonts w:ascii="Times New Roman" w:eastAsia="黑体" w:hAnsi="Times New Roman"/>
          <w:lang w:eastAsia="zh-CN"/>
        </w:rPr>
        <w:t>6</w:t>
      </w:r>
      <w:r w:rsidR="00BC0E25">
        <w:rPr>
          <w:rFonts w:ascii="Times New Roman" w:eastAsia="黑体" w:hAnsi="Times New Roman"/>
          <w:lang w:eastAsia="zh-CN"/>
        </w:rPr>
        <w:t>.</w:t>
      </w:r>
      <w:r w:rsidR="00ED0DB4">
        <w:rPr>
          <w:rFonts w:ascii="Times New Roman" w:eastAsia="黑体" w:hAnsi="Times New Roman"/>
          <w:lang w:eastAsia="zh-CN"/>
        </w:rPr>
        <w:t>2</w:t>
      </w:r>
      <w:r w:rsidR="00BC0E25">
        <w:rPr>
          <w:rFonts w:ascii="Times New Roman" w:eastAsia="黑体" w:hAnsi="Times New Roman"/>
          <w:lang w:eastAsia="zh-CN"/>
        </w:rPr>
        <w:t xml:space="preserve"> </w:t>
      </w:r>
      <w:r w:rsidR="00BC0E25">
        <w:rPr>
          <w:rFonts w:ascii="Times New Roman" w:eastAsia="黑体" w:hAnsi="Times New Roman"/>
          <w:lang w:eastAsia="zh-CN"/>
        </w:rPr>
        <w:t>页面字段与按钮状态</w:t>
      </w:r>
    </w:p>
    <w:p w14:paraId="6F9E8777" w14:textId="52E52A8D" w:rsidR="006D35DE" w:rsidRDefault="00BC0E25" w:rsidP="000572DB">
      <w:pPr>
        <w:rPr>
          <w:lang w:eastAsia="zh-CN"/>
        </w:rPr>
      </w:pPr>
      <w:r>
        <w:rPr>
          <w:lang w:eastAsia="zh-CN"/>
        </w:rPr>
        <w:t>供应商、报价</w:t>
      </w:r>
      <w:r w:rsidR="00ED0DB4">
        <w:rPr>
          <w:rFonts w:hint="eastAsia"/>
          <w:lang w:eastAsia="zh-CN"/>
        </w:rPr>
        <w:t>（人民币元）</w:t>
      </w:r>
      <w:r>
        <w:rPr>
          <w:lang w:eastAsia="zh-CN"/>
        </w:rPr>
        <w:t>、质保期、交货期</w:t>
      </w:r>
      <w:r w:rsidR="00691D58">
        <w:rPr>
          <w:rFonts w:hint="eastAsia"/>
          <w:lang w:eastAsia="zh-CN"/>
        </w:rPr>
        <w:t>等所有</w:t>
      </w:r>
      <w:r w:rsidR="00691D58" w:rsidRPr="007A0F53">
        <w:rPr>
          <w:rFonts w:hint="eastAsia"/>
          <w:lang w:eastAsia="zh-CN"/>
        </w:rPr>
        <w:t>标注“</w:t>
      </w:r>
      <w:r w:rsidR="00691D58">
        <w:rPr>
          <w:rFonts w:hint="eastAsia"/>
          <w:lang w:eastAsia="zh-CN"/>
        </w:rPr>
        <w:t>*</w:t>
      </w:r>
      <w:r w:rsidR="00691D58" w:rsidRPr="007A0F53">
        <w:rPr>
          <w:rFonts w:hint="eastAsia"/>
          <w:lang w:eastAsia="zh-CN"/>
        </w:rPr>
        <w:t>”者</w:t>
      </w:r>
      <w:r>
        <w:rPr>
          <w:lang w:eastAsia="zh-CN"/>
        </w:rPr>
        <w:t>为必填字段。</w:t>
      </w:r>
      <w:r w:rsidR="00CB4D12">
        <w:rPr>
          <w:lang w:eastAsia="zh-CN"/>
        </w:rPr>
        <w:t>【供应商检测】【获取检测报告】【</w:t>
      </w:r>
      <w:r w:rsidR="00431547">
        <w:rPr>
          <w:rFonts w:hint="eastAsia"/>
          <w:lang w:eastAsia="zh-CN"/>
        </w:rPr>
        <w:t>查询</w:t>
      </w:r>
      <w:bookmarkStart w:id="1" w:name="OLE_LINK1"/>
      <w:r w:rsidR="00CB4D12">
        <w:rPr>
          <w:lang w:eastAsia="zh-CN"/>
        </w:rPr>
        <w:t>供应商检测报告</w:t>
      </w:r>
      <w:bookmarkEnd w:id="1"/>
      <w:r w:rsidR="00CB4D12">
        <w:rPr>
          <w:lang w:eastAsia="zh-CN"/>
        </w:rPr>
        <w:t>】按钮的启用、置灰状态随业务处理进度动态控制。</w:t>
      </w:r>
    </w:p>
    <w:p w14:paraId="00F0FF32" w14:textId="4AD15B0B" w:rsidR="000572DB" w:rsidRDefault="000572DB">
      <w:pPr>
        <w:rPr>
          <w:lang w:eastAsia="zh-CN"/>
        </w:rPr>
      </w:pPr>
      <w:r>
        <w:rPr>
          <w:lang w:eastAsia="zh-CN"/>
        </w:rPr>
        <w:t>如属进口项目，填报供应商信息时，报价需依据实时汇率折算填写项目人民币估价。若进口项目合同报价为外币，请在【成交外币价】栏位填写外币金额及对应币种。</w:t>
      </w:r>
    </w:p>
    <w:p w14:paraId="65F0C907" w14:textId="0160606A" w:rsidR="007B0A02" w:rsidRDefault="00B53FA1" w:rsidP="002908FD">
      <w:pPr>
        <w:pStyle w:val="21"/>
        <w:ind w:firstLine="562"/>
        <w:rPr>
          <w:lang w:eastAsia="zh-CN"/>
        </w:rPr>
      </w:pPr>
      <w:r>
        <w:rPr>
          <w:rFonts w:ascii="Times New Roman" w:eastAsia="黑体" w:hAnsi="Times New Roman"/>
          <w:lang w:eastAsia="zh-CN"/>
        </w:rPr>
        <w:lastRenderedPageBreak/>
        <w:t>6</w:t>
      </w:r>
      <w:r w:rsidR="002908FD">
        <w:rPr>
          <w:rFonts w:ascii="Times New Roman" w:eastAsia="黑体" w:hAnsi="Times New Roman"/>
          <w:lang w:eastAsia="zh-CN"/>
        </w:rPr>
        <w:t xml:space="preserve">.3 </w:t>
      </w:r>
      <w:r w:rsidR="002908FD">
        <w:rPr>
          <w:rFonts w:ascii="Times New Roman" w:eastAsia="黑体" w:hAnsi="Times New Roman" w:hint="eastAsia"/>
          <w:lang w:eastAsia="zh-CN"/>
        </w:rPr>
        <w:t>录入采购结果与供应商检测</w:t>
      </w:r>
    </w:p>
    <w:p w14:paraId="456D0F90" w14:textId="400B10EC" w:rsidR="007B0A02" w:rsidRDefault="00612492" w:rsidP="002908FD">
      <w:pPr>
        <w:rPr>
          <w:lang w:eastAsia="zh-CN"/>
        </w:rPr>
      </w:pPr>
      <w:r>
        <w:rPr>
          <w:rFonts w:hint="eastAsia"/>
          <w:lang w:eastAsia="zh-CN"/>
        </w:rPr>
        <w:t>所有信息填写完整后，</w:t>
      </w:r>
      <w:r w:rsidR="00BC0E25">
        <w:rPr>
          <w:lang w:eastAsia="zh-CN"/>
        </w:rPr>
        <w:t>点击【供应商检测】</w:t>
      </w:r>
      <w:r w:rsidR="002070E6">
        <w:rPr>
          <w:rFonts w:hint="eastAsia"/>
          <w:lang w:eastAsia="zh-CN"/>
        </w:rPr>
        <w:t>执行检测</w:t>
      </w:r>
      <w:r w:rsidR="00BC0E25">
        <w:rPr>
          <w:lang w:eastAsia="zh-CN"/>
        </w:rPr>
        <w:t>，</w:t>
      </w:r>
      <w:r w:rsidR="00E4515D">
        <w:rPr>
          <w:rFonts w:hint="eastAsia"/>
          <w:lang w:eastAsia="zh-CN"/>
        </w:rPr>
        <w:t>稍后</w:t>
      </w:r>
      <w:r w:rsidR="002070E6">
        <w:rPr>
          <w:rFonts w:hint="eastAsia"/>
          <w:lang w:eastAsia="zh-CN"/>
        </w:rPr>
        <w:t>点击</w:t>
      </w:r>
      <w:r w:rsidR="00E4515D">
        <w:rPr>
          <w:rFonts w:hint="eastAsia"/>
          <w:lang w:eastAsia="zh-CN"/>
        </w:rPr>
        <w:t>【获取检测结果】</w:t>
      </w:r>
      <w:r w:rsidR="002070E6">
        <w:rPr>
          <w:rFonts w:hint="eastAsia"/>
          <w:lang w:eastAsia="zh-CN"/>
        </w:rPr>
        <w:t>；系统返回</w:t>
      </w:r>
      <w:r w:rsidR="00BC0E25">
        <w:rPr>
          <w:lang w:eastAsia="zh-CN"/>
        </w:rPr>
        <w:t>检测结果</w:t>
      </w:r>
      <w:r w:rsidR="002070E6">
        <w:rPr>
          <w:rFonts w:hint="eastAsia"/>
          <w:lang w:eastAsia="zh-CN"/>
        </w:rPr>
        <w:t>包括：</w:t>
      </w:r>
      <w:r w:rsidR="00BC0E25">
        <w:rPr>
          <w:lang w:eastAsia="zh-CN"/>
        </w:rPr>
        <w:t>“</w:t>
      </w:r>
      <w:r w:rsidR="00BC0E25">
        <w:rPr>
          <w:lang w:eastAsia="zh-CN"/>
        </w:rPr>
        <w:t>通过</w:t>
      </w:r>
      <w:r w:rsidR="00BC0E25">
        <w:rPr>
          <w:lang w:eastAsia="zh-CN"/>
        </w:rPr>
        <w:t>/</w:t>
      </w:r>
      <w:r w:rsidR="00BC0E25">
        <w:rPr>
          <w:lang w:eastAsia="zh-CN"/>
        </w:rPr>
        <w:t>审慎核实</w:t>
      </w:r>
      <w:r w:rsidR="00BC0E25">
        <w:rPr>
          <w:lang w:eastAsia="zh-CN"/>
        </w:rPr>
        <w:t>”</w:t>
      </w:r>
      <w:r w:rsidR="002070E6">
        <w:rPr>
          <w:lang w:eastAsia="zh-CN"/>
        </w:rPr>
        <w:t xml:space="preserve"> </w:t>
      </w:r>
      <w:r w:rsidR="002070E6">
        <w:rPr>
          <w:rFonts w:hint="eastAsia"/>
          <w:lang w:eastAsia="zh-CN"/>
        </w:rPr>
        <w:t>、</w:t>
      </w:r>
      <w:r w:rsidR="00BC0E25">
        <w:rPr>
          <w:lang w:eastAsia="zh-CN"/>
        </w:rPr>
        <w:t>“</w:t>
      </w:r>
      <w:r w:rsidR="00BC0E25">
        <w:rPr>
          <w:lang w:eastAsia="zh-CN"/>
        </w:rPr>
        <w:t>不通过</w:t>
      </w:r>
      <w:r w:rsidR="00BC0E25">
        <w:rPr>
          <w:lang w:eastAsia="zh-CN"/>
        </w:rPr>
        <w:t>”</w:t>
      </w:r>
      <w:r w:rsidR="00BC0E25">
        <w:rPr>
          <w:lang w:eastAsia="zh-CN"/>
        </w:rPr>
        <w:t>。</w:t>
      </w:r>
      <w:r w:rsidR="002070E6">
        <w:rPr>
          <w:rFonts w:hint="eastAsia"/>
          <w:lang w:eastAsia="zh-CN"/>
        </w:rPr>
        <w:t>完成</w:t>
      </w:r>
      <w:r w:rsidR="00BC0E25">
        <w:rPr>
          <w:lang w:eastAsia="zh-CN"/>
        </w:rPr>
        <w:t>一次供应商检测接口</w:t>
      </w:r>
      <w:r w:rsidR="002070E6">
        <w:rPr>
          <w:rFonts w:hint="eastAsia"/>
          <w:lang w:eastAsia="zh-CN"/>
        </w:rPr>
        <w:t>调用</w:t>
      </w:r>
      <w:r w:rsidR="00BC0E25">
        <w:rPr>
          <w:lang w:eastAsia="zh-CN"/>
        </w:rPr>
        <w:t>之后，【供应商检测】按钮置灰禁用</w:t>
      </w:r>
      <w:r w:rsidR="002908FD">
        <w:rPr>
          <w:rFonts w:hint="eastAsia"/>
          <w:lang w:eastAsia="zh-CN"/>
        </w:rPr>
        <w:t>。</w:t>
      </w:r>
    </w:p>
    <w:p w14:paraId="03FAEE7E" w14:textId="0EC81004" w:rsidR="007B0A02" w:rsidRDefault="00B53FA1">
      <w:pPr>
        <w:pStyle w:val="21"/>
        <w:ind w:firstLine="562"/>
        <w:rPr>
          <w:lang w:eastAsia="zh-CN"/>
        </w:rPr>
      </w:pPr>
      <w:r>
        <w:rPr>
          <w:rFonts w:ascii="Times New Roman" w:eastAsia="黑体" w:hAnsi="Times New Roman"/>
          <w:lang w:eastAsia="zh-CN"/>
        </w:rPr>
        <w:t>6</w:t>
      </w:r>
      <w:r w:rsidR="00BC0E25">
        <w:rPr>
          <w:rFonts w:ascii="Times New Roman" w:eastAsia="黑体" w:hAnsi="Times New Roman"/>
          <w:lang w:eastAsia="zh-CN"/>
        </w:rPr>
        <w:t>.</w:t>
      </w:r>
      <w:r w:rsidR="002908FD">
        <w:rPr>
          <w:rFonts w:ascii="Times New Roman" w:eastAsia="黑体" w:hAnsi="Times New Roman"/>
          <w:lang w:eastAsia="zh-CN"/>
        </w:rPr>
        <w:t>4</w:t>
      </w:r>
      <w:r w:rsidR="00BC0E25">
        <w:rPr>
          <w:rFonts w:ascii="Times New Roman" w:eastAsia="黑体" w:hAnsi="Times New Roman"/>
          <w:lang w:eastAsia="zh-CN"/>
        </w:rPr>
        <w:t xml:space="preserve"> </w:t>
      </w:r>
      <w:r w:rsidR="00BC0E25">
        <w:rPr>
          <w:rFonts w:ascii="Times New Roman" w:eastAsia="黑体" w:hAnsi="Times New Roman"/>
          <w:lang w:eastAsia="zh-CN"/>
        </w:rPr>
        <w:t>检测结果</w:t>
      </w:r>
      <w:r w:rsidR="00BC0E25">
        <w:rPr>
          <w:rFonts w:ascii="Times New Roman" w:eastAsia="黑体" w:hAnsi="Times New Roman"/>
          <w:lang w:eastAsia="zh-CN"/>
        </w:rPr>
        <w:t>“</w:t>
      </w:r>
      <w:r w:rsidR="00BC0E25">
        <w:rPr>
          <w:rFonts w:ascii="Times New Roman" w:eastAsia="黑体" w:hAnsi="Times New Roman"/>
          <w:lang w:eastAsia="zh-CN"/>
        </w:rPr>
        <w:t>通过</w:t>
      </w:r>
      <w:r w:rsidR="00BC0E25">
        <w:rPr>
          <w:rFonts w:ascii="Times New Roman" w:eastAsia="黑体" w:hAnsi="Times New Roman"/>
          <w:lang w:eastAsia="zh-CN"/>
        </w:rPr>
        <w:t>/</w:t>
      </w:r>
      <w:r w:rsidR="00BC0E25">
        <w:rPr>
          <w:rFonts w:ascii="Times New Roman" w:eastAsia="黑体" w:hAnsi="Times New Roman"/>
          <w:lang w:eastAsia="zh-CN"/>
        </w:rPr>
        <w:t>审慎核实</w:t>
      </w:r>
      <w:r w:rsidR="00BC0E25">
        <w:rPr>
          <w:rFonts w:ascii="Times New Roman" w:eastAsia="黑体" w:hAnsi="Times New Roman"/>
          <w:lang w:eastAsia="zh-CN"/>
        </w:rPr>
        <w:t>”</w:t>
      </w:r>
    </w:p>
    <w:p w14:paraId="4C9C0FD2" w14:textId="7A1D1827" w:rsidR="007B0A02" w:rsidRDefault="00BC0E25">
      <w:pPr>
        <w:rPr>
          <w:lang w:eastAsia="zh-CN"/>
        </w:rPr>
      </w:pPr>
      <w:r>
        <w:rPr>
          <w:lang w:eastAsia="zh-CN"/>
        </w:rPr>
        <w:t>当【获取检测结果】返回结果为</w:t>
      </w:r>
      <w:r>
        <w:rPr>
          <w:lang w:eastAsia="zh-CN"/>
        </w:rPr>
        <w:t>“</w:t>
      </w:r>
      <w:r>
        <w:rPr>
          <w:lang w:eastAsia="zh-CN"/>
        </w:rPr>
        <w:t>通过</w:t>
      </w:r>
      <w:r>
        <w:rPr>
          <w:lang w:eastAsia="zh-CN"/>
        </w:rPr>
        <w:t>”</w:t>
      </w:r>
      <w:r>
        <w:rPr>
          <w:lang w:eastAsia="zh-CN"/>
        </w:rPr>
        <w:t>或</w:t>
      </w:r>
      <w:r>
        <w:rPr>
          <w:lang w:eastAsia="zh-CN"/>
        </w:rPr>
        <w:t>“</w:t>
      </w:r>
      <w:r>
        <w:rPr>
          <w:lang w:eastAsia="zh-CN"/>
        </w:rPr>
        <w:t>审慎核实</w:t>
      </w:r>
      <w:r>
        <w:rPr>
          <w:lang w:eastAsia="zh-CN"/>
        </w:rPr>
        <w:t>”</w:t>
      </w:r>
      <w:r>
        <w:rPr>
          <w:lang w:eastAsia="zh-CN"/>
        </w:rPr>
        <w:t>时</w:t>
      </w:r>
      <w:r w:rsidR="002908FD">
        <w:rPr>
          <w:rFonts w:hint="eastAsia"/>
          <w:lang w:eastAsia="zh-CN"/>
        </w:rPr>
        <w:t>。</w:t>
      </w:r>
    </w:p>
    <w:p w14:paraId="10938F76" w14:textId="60EEB843" w:rsidR="007B0A02" w:rsidRDefault="00BC0E25">
      <w:pPr>
        <w:rPr>
          <w:lang w:eastAsia="zh-CN"/>
        </w:rPr>
      </w:pPr>
      <w:r>
        <w:rPr>
          <w:lang w:eastAsia="zh-CN"/>
        </w:rPr>
        <w:t>（</w:t>
      </w:r>
      <w:r w:rsidR="009C7BDC">
        <w:rPr>
          <w:lang w:eastAsia="zh-CN"/>
        </w:rPr>
        <w:t>1</w:t>
      </w:r>
      <w:r>
        <w:rPr>
          <w:lang w:eastAsia="zh-CN"/>
        </w:rPr>
        <w:t>）【</w:t>
      </w:r>
      <w:r w:rsidR="00B9316F">
        <w:rPr>
          <w:rFonts w:hint="eastAsia"/>
          <w:lang w:eastAsia="zh-CN"/>
        </w:rPr>
        <w:t>查询</w:t>
      </w:r>
      <w:r>
        <w:rPr>
          <w:lang w:eastAsia="zh-CN"/>
        </w:rPr>
        <w:t>供应商检测报告】按钮切换为可用；</w:t>
      </w:r>
    </w:p>
    <w:p w14:paraId="07F3508D" w14:textId="0973FEAE" w:rsidR="007B0A02" w:rsidRDefault="00BC0E25">
      <w:pPr>
        <w:rPr>
          <w:lang w:eastAsia="zh-CN"/>
        </w:rPr>
      </w:pPr>
      <w:r>
        <w:rPr>
          <w:lang w:eastAsia="zh-CN"/>
        </w:rPr>
        <w:t>（</w:t>
      </w:r>
      <w:r w:rsidR="002908FD">
        <w:rPr>
          <w:rFonts w:hint="eastAsia"/>
          <w:lang w:eastAsia="zh-CN"/>
        </w:rPr>
        <w:t>2</w:t>
      </w:r>
      <w:r>
        <w:rPr>
          <w:lang w:eastAsia="zh-CN"/>
        </w:rPr>
        <w:t>）询价代表录入区域显示；</w:t>
      </w:r>
    </w:p>
    <w:p w14:paraId="0CF20DF8" w14:textId="31ADC4C0" w:rsidR="007B0A02" w:rsidRDefault="009C7BDC">
      <w:pPr>
        <w:rPr>
          <w:lang w:eastAsia="zh-CN"/>
        </w:rPr>
      </w:pPr>
      <w:r>
        <w:rPr>
          <w:rFonts w:hint="eastAsia"/>
          <w:lang w:eastAsia="zh-CN"/>
        </w:rPr>
        <w:t>（</w:t>
      </w:r>
      <w:r w:rsidR="002908FD">
        <w:rPr>
          <w:rFonts w:hint="eastAsia"/>
          <w:lang w:eastAsia="zh-CN"/>
        </w:rPr>
        <w:t>3</w:t>
      </w:r>
      <w:r w:rsidR="00BC0E25">
        <w:rPr>
          <w:lang w:eastAsia="zh-CN"/>
        </w:rPr>
        <w:t>）完成选择成交供应商、自动录入</w:t>
      </w:r>
      <w:r w:rsidR="00CB4D12">
        <w:rPr>
          <w:rFonts w:hint="eastAsia"/>
          <w:lang w:eastAsia="zh-CN"/>
        </w:rPr>
        <w:t>关联</w:t>
      </w:r>
      <w:r w:rsidR="00BC0E25">
        <w:rPr>
          <w:lang w:eastAsia="zh-CN"/>
        </w:rPr>
        <w:t>成交总价、完善询价代表（专家）信息、填写成交理由全部内容并保存后，【打印采购记录表】。</w:t>
      </w:r>
    </w:p>
    <w:p w14:paraId="43A6D776" w14:textId="0155F588" w:rsidR="008C580C" w:rsidRDefault="008C580C">
      <w:pPr>
        <w:rPr>
          <w:noProof/>
          <w:lang w:eastAsia="zh-CN"/>
        </w:rPr>
      </w:pPr>
    </w:p>
    <w:p w14:paraId="32C435EF" w14:textId="51E1E6DA" w:rsidR="008C580C" w:rsidRDefault="008C580C">
      <w:pPr>
        <w:rPr>
          <w:noProof/>
          <w:lang w:eastAsia="zh-CN"/>
        </w:rPr>
      </w:pPr>
    </w:p>
    <w:p w14:paraId="751C8300" w14:textId="1213F77B" w:rsidR="008C580C" w:rsidRDefault="00335332">
      <w:pPr>
        <w:rPr>
          <w:noProof/>
          <w:lang w:eastAsia="zh-CN"/>
        </w:rPr>
      </w:pPr>
      <w:r w:rsidRPr="008C580C">
        <w:rPr>
          <w:noProof/>
          <w:lang w:eastAsia="zh-CN"/>
        </w:rPr>
        <w:drawing>
          <wp:anchor distT="0" distB="0" distL="114300" distR="114300" simplePos="0" relativeHeight="251658240" behindDoc="0" locked="0" layoutInCell="1" allowOverlap="1" wp14:anchorId="2184D9F8" wp14:editId="60098C81">
            <wp:simplePos x="0" y="0"/>
            <wp:positionH relativeFrom="column">
              <wp:posOffset>-512445</wp:posOffset>
            </wp:positionH>
            <wp:positionV relativeFrom="paragraph">
              <wp:posOffset>299085</wp:posOffset>
            </wp:positionV>
            <wp:extent cx="6971030" cy="3115786"/>
            <wp:effectExtent l="0" t="0" r="1270" b="889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1030" cy="3115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6ED5B2" w14:textId="7D53C75B" w:rsidR="00A647B4" w:rsidRDefault="00A647B4">
      <w:pPr>
        <w:rPr>
          <w:lang w:eastAsia="zh-CN"/>
        </w:rPr>
      </w:pPr>
    </w:p>
    <w:p w14:paraId="238E8BB3" w14:textId="77777777" w:rsidR="008C580C" w:rsidRDefault="008C580C" w:rsidP="00A9238B">
      <w:pPr>
        <w:ind w:firstLineChars="0" w:firstLine="0"/>
        <w:rPr>
          <w:lang w:eastAsia="zh-CN"/>
        </w:rPr>
      </w:pPr>
    </w:p>
    <w:p w14:paraId="339F0F64" w14:textId="77777777" w:rsidR="008C580C" w:rsidRDefault="008C580C" w:rsidP="00A9238B">
      <w:pPr>
        <w:ind w:firstLineChars="0" w:firstLine="0"/>
        <w:rPr>
          <w:lang w:eastAsia="zh-CN"/>
        </w:rPr>
      </w:pPr>
    </w:p>
    <w:p w14:paraId="386EDBE5" w14:textId="77777777" w:rsidR="008C580C" w:rsidRDefault="008C580C" w:rsidP="00A9238B">
      <w:pPr>
        <w:ind w:firstLineChars="0" w:firstLine="0"/>
        <w:rPr>
          <w:lang w:eastAsia="zh-CN"/>
        </w:rPr>
      </w:pPr>
    </w:p>
    <w:p w14:paraId="06712069" w14:textId="77777777" w:rsidR="008C580C" w:rsidRDefault="008C580C" w:rsidP="00A9238B">
      <w:pPr>
        <w:ind w:firstLineChars="0" w:firstLine="0"/>
        <w:rPr>
          <w:lang w:eastAsia="zh-CN"/>
        </w:rPr>
      </w:pPr>
    </w:p>
    <w:p w14:paraId="21454E59" w14:textId="77777777" w:rsidR="008C580C" w:rsidRDefault="008C580C" w:rsidP="00A9238B">
      <w:pPr>
        <w:ind w:firstLineChars="0" w:firstLine="0"/>
        <w:rPr>
          <w:lang w:eastAsia="zh-CN"/>
        </w:rPr>
      </w:pPr>
    </w:p>
    <w:p w14:paraId="50783185" w14:textId="77777777" w:rsidR="008C580C" w:rsidRDefault="008C580C" w:rsidP="00A9238B">
      <w:pPr>
        <w:ind w:firstLineChars="0" w:firstLine="0"/>
        <w:rPr>
          <w:lang w:eastAsia="zh-CN"/>
        </w:rPr>
      </w:pPr>
    </w:p>
    <w:p w14:paraId="4FF451A6" w14:textId="77777777" w:rsidR="008C580C" w:rsidRDefault="008C580C" w:rsidP="00A9238B">
      <w:pPr>
        <w:ind w:firstLineChars="0" w:firstLine="0"/>
        <w:rPr>
          <w:lang w:eastAsia="zh-CN"/>
        </w:rPr>
      </w:pPr>
    </w:p>
    <w:p w14:paraId="27D01B0A" w14:textId="075D2FD2" w:rsidR="00EB79D0" w:rsidRDefault="00EB79D0" w:rsidP="00A9238B">
      <w:pPr>
        <w:ind w:firstLineChars="0" w:firstLine="0"/>
        <w:rPr>
          <w:lang w:eastAsia="zh-CN"/>
        </w:rPr>
      </w:pPr>
    </w:p>
    <w:p w14:paraId="1D005146" w14:textId="667834DA" w:rsidR="008C580C" w:rsidRDefault="008C580C" w:rsidP="00A9238B">
      <w:pPr>
        <w:ind w:firstLineChars="0" w:firstLine="0"/>
        <w:rPr>
          <w:lang w:eastAsia="zh-CN"/>
        </w:rPr>
      </w:pPr>
    </w:p>
    <w:p w14:paraId="2C908E5A" w14:textId="6FED55C0" w:rsidR="008C580C" w:rsidRDefault="008C580C" w:rsidP="00A9238B">
      <w:pPr>
        <w:ind w:firstLineChars="0" w:firstLine="0"/>
        <w:rPr>
          <w:lang w:eastAsia="zh-CN"/>
        </w:rPr>
      </w:pPr>
    </w:p>
    <w:p w14:paraId="7EFFA3CE" w14:textId="77777777" w:rsidR="008C580C" w:rsidRDefault="008C580C" w:rsidP="00A9238B">
      <w:pPr>
        <w:ind w:firstLineChars="0" w:firstLine="0"/>
        <w:rPr>
          <w:lang w:eastAsia="zh-CN"/>
        </w:rPr>
      </w:pPr>
    </w:p>
    <w:p w14:paraId="741D8BEC" w14:textId="27F23F78" w:rsidR="007B0A02" w:rsidRDefault="00B53FA1">
      <w:pPr>
        <w:pStyle w:val="21"/>
        <w:ind w:firstLine="562"/>
        <w:rPr>
          <w:lang w:eastAsia="zh-CN"/>
        </w:rPr>
      </w:pPr>
      <w:bookmarkStart w:id="2" w:name="OLE_LINK3"/>
      <w:r>
        <w:rPr>
          <w:rFonts w:ascii="Times New Roman" w:eastAsia="黑体" w:hAnsi="Times New Roman"/>
          <w:lang w:eastAsia="zh-CN"/>
        </w:rPr>
        <w:t>6</w:t>
      </w:r>
      <w:r w:rsidR="00BC0E25">
        <w:rPr>
          <w:rFonts w:ascii="Times New Roman" w:eastAsia="黑体" w:hAnsi="Times New Roman"/>
          <w:lang w:eastAsia="zh-CN"/>
        </w:rPr>
        <w:t>.</w:t>
      </w:r>
      <w:r w:rsidR="002908FD">
        <w:rPr>
          <w:rFonts w:ascii="Times New Roman" w:eastAsia="黑体" w:hAnsi="Times New Roman"/>
          <w:lang w:eastAsia="zh-CN"/>
        </w:rPr>
        <w:t>5</w:t>
      </w:r>
      <w:r w:rsidR="00BC0E25">
        <w:rPr>
          <w:rFonts w:ascii="Times New Roman" w:eastAsia="黑体" w:hAnsi="Times New Roman"/>
          <w:lang w:eastAsia="zh-CN"/>
        </w:rPr>
        <w:t xml:space="preserve"> </w:t>
      </w:r>
      <w:r w:rsidR="00BC0E25">
        <w:rPr>
          <w:rFonts w:ascii="Times New Roman" w:eastAsia="黑体" w:hAnsi="Times New Roman"/>
          <w:lang w:eastAsia="zh-CN"/>
        </w:rPr>
        <w:t>检测结果</w:t>
      </w:r>
      <w:r w:rsidR="00BC0E25">
        <w:rPr>
          <w:rFonts w:ascii="Times New Roman" w:eastAsia="黑体" w:hAnsi="Times New Roman"/>
          <w:lang w:eastAsia="zh-CN"/>
        </w:rPr>
        <w:t>“</w:t>
      </w:r>
      <w:r w:rsidR="00BC0E25">
        <w:rPr>
          <w:rFonts w:ascii="Times New Roman" w:eastAsia="黑体" w:hAnsi="Times New Roman"/>
          <w:lang w:eastAsia="zh-CN"/>
        </w:rPr>
        <w:t>不通过</w:t>
      </w:r>
      <w:r w:rsidR="00BC0E25">
        <w:rPr>
          <w:rFonts w:ascii="Times New Roman" w:eastAsia="黑体" w:hAnsi="Times New Roman"/>
          <w:lang w:eastAsia="zh-CN"/>
        </w:rPr>
        <w:t>”</w:t>
      </w:r>
    </w:p>
    <w:bookmarkEnd w:id="2"/>
    <w:p w14:paraId="3F818859" w14:textId="77777777" w:rsidR="00225078" w:rsidRDefault="00225078">
      <w:pPr>
        <w:rPr>
          <w:lang w:eastAsia="zh-CN"/>
        </w:rPr>
      </w:pPr>
      <w:r>
        <w:rPr>
          <w:lang w:eastAsia="zh-CN"/>
        </w:rPr>
        <w:t>若检测结果不通过，表明相关供应商之间存在关联关系，请查阅供应商检测报告详情后重新开展询价，并再次提交检测申请。</w:t>
      </w:r>
    </w:p>
    <w:p w14:paraId="4206A072" w14:textId="78F96F1E" w:rsidR="006E012B" w:rsidRPr="00A9238B" w:rsidRDefault="006E012B">
      <w:pPr>
        <w:rPr>
          <w:color w:val="FF0000"/>
          <w:lang w:eastAsia="zh-CN"/>
        </w:rPr>
      </w:pPr>
      <w:r>
        <w:rPr>
          <w:rFonts w:hint="eastAsia"/>
          <w:lang w:eastAsia="zh-CN"/>
        </w:rPr>
        <w:lastRenderedPageBreak/>
        <w:t>注意：</w:t>
      </w:r>
      <w:r>
        <w:rPr>
          <w:lang w:eastAsia="zh-CN"/>
        </w:rPr>
        <w:t>供应商检测</w:t>
      </w:r>
      <w:r>
        <w:rPr>
          <w:rFonts w:hint="eastAsia"/>
          <w:lang w:eastAsia="zh-CN"/>
        </w:rPr>
        <w:t>为</w:t>
      </w:r>
      <w:r w:rsidR="00225078">
        <w:rPr>
          <w:rFonts w:hint="eastAsia"/>
          <w:lang w:eastAsia="zh-CN"/>
        </w:rPr>
        <w:t>学校</w:t>
      </w:r>
      <w:r>
        <w:rPr>
          <w:rFonts w:hint="eastAsia"/>
          <w:lang w:eastAsia="zh-CN"/>
        </w:rPr>
        <w:t>付费检测，每个申购单有两次检测机会。</w:t>
      </w:r>
      <w:r w:rsidR="00225078">
        <w:rPr>
          <w:lang w:eastAsia="zh-CN"/>
        </w:rPr>
        <w:t>若两次检测结果均不通过，请联系</w:t>
      </w:r>
      <w:r w:rsidR="00225078">
        <w:rPr>
          <w:rFonts w:hint="eastAsia"/>
          <w:lang w:eastAsia="zh-CN"/>
        </w:rPr>
        <w:t>装备处</w:t>
      </w:r>
      <w:r w:rsidR="00225078">
        <w:rPr>
          <w:lang w:eastAsia="zh-CN"/>
        </w:rPr>
        <w:t>朱老师</w:t>
      </w:r>
      <w:r w:rsidR="00225078">
        <w:rPr>
          <w:rFonts w:hint="eastAsia"/>
          <w:lang w:eastAsia="zh-CN"/>
        </w:rPr>
        <w:t>（</w:t>
      </w:r>
      <w:r w:rsidR="00225078">
        <w:rPr>
          <w:rFonts w:hint="eastAsia"/>
          <w:lang w:eastAsia="zh-CN"/>
        </w:rPr>
        <w:t>5</w:t>
      </w:r>
      <w:r w:rsidR="00225078">
        <w:rPr>
          <w:lang w:eastAsia="zh-CN"/>
        </w:rPr>
        <w:t>4345218</w:t>
      </w:r>
      <w:r w:rsidR="00225078">
        <w:rPr>
          <w:rFonts w:hint="eastAsia"/>
          <w:lang w:eastAsia="zh-CN"/>
        </w:rPr>
        <w:t>）</w:t>
      </w:r>
      <w:r w:rsidR="00225078">
        <w:rPr>
          <w:lang w:eastAsia="zh-CN"/>
        </w:rPr>
        <w:t>、赵老师</w:t>
      </w:r>
      <w:r w:rsidR="00225078">
        <w:rPr>
          <w:rFonts w:hint="eastAsia"/>
          <w:lang w:eastAsia="zh-CN"/>
        </w:rPr>
        <w:t>（</w:t>
      </w:r>
      <w:r w:rsidR="00225078">
        <w:rPr>
          <w:rFonts w:hint="eastAsia"/>
          <w:lang w:eastAsia="zh-CN"/>
        </w:rPr>
        <w:t>5</w:t>
      </w:r>
      <w:r w:rsidR="00225078">
        <w:rPr>
          <w:lang w:eastAsia="zh-CN"/>
        </w:rPr>
        <w:t>4345246</w:t>
      </w:r>
      <w:r w:rsidR="00225078">
        <w:rPr>
          <w:rFonts w:hint="eastAsia"/>
          <w:lang w:eastAsia="zh-CN"/>
        </w:rPr>
        <w:t>）</w:t>
      </w:r>
      <w:r w:rsidR="00225078">
        <w:rPr>
          <w:lang w:eastAsia="zh-CN"/>
        </w:rPr>
        <w:t>处理。</w:t>
      </w:r>
    </w:p>
    <w:p w14:paraId="21C948BE" w14:textId="7984D3FA" w:rsidR="00B53FA1" w:rsidRDefault="00B53FA1" w:rsidP="00B53FA1">
      <w:pPr>
        <w:pStyle w:val="21"/>
        <w:ind w:firstLine="562"/>
        <w:rPr>
          <w:lang w:eastAsia="zh-CN"/>
        </w:rPr>
      </w:pPr>
      <w:r>
        <w:rPr>
          <w:rFonts w:ascii="Times New Roman" w:eastAsia="黑体" w:hAnsi="Times New Roman"/>
          <w:lang w:eastAsia="zh-CN"/>
        </w:rPr>
        <w:t xml:space="preserve">6.6 </w:t>
      </w:r>
      <w:r>
        <w:rPr>
          <w:rFonts w:ascii="Times New Roman" w:eastAsia="黑体" w:hAnsi="Times New Roman" w:hint="eastAsia"/>
          <w:lang w:eastAsia="zh-CN"/>
        </w:rPr>
        <w:t>打印</w:t>
      </w:r>
      <w:r w:rsidR="006E012B" w:rsidRPr="006E012B">
        <w:rPr>
          <w:rFonts w:ascii="Times New Roman" w:eastAsia="黑体" w:hAnsi="Times New Roman" w:hint="eastAsia"/>
          <w:lang w:eastAsia="zh-CN"/>
        </w:rPr>
        <w:t>采购记录表</w:t>
      </w:r>
    </w:p>
    <w:p w14:paraId="14F7D9FC" w14:textId="4A48C9E1" w:rsidR="00B53FA1" w:rsidRDefault="00596758">
      <w:pPr>
        <w:rPr>
          <w:lang w:eastAsia="zh-CN"/>
        </w:rPr>
      </w:pPr>
      <w:r w:rsidRPr="00596758">
        <w:rPr>
          <w:rFonts w:hint="eastAsia"/>
          <w:lang w:eastAsia="zh-CN"/>
        </w:rPr>
        <w:t>打印采购记录表</w:t>
      </w:r>
      <w:r>
        <w:rPr>
          <w:rFonts w:hint="eastAsia"/>
          <w:lang w:eastAsia="zh-CN"/>
        </w:rPr>
        <w:t>，所有询价代表和</w:t>
      </w:r>
      <w:r w:rsidRPr="00596758">
        <w:rPr>
          <w:rFonts w:hint="eastAsia"/>
          <w:lang w:eastAsia="zh-CN"/>
        </w:rPr>
        <w:t>经费负责人</w:t>
      </w:r>
      <w:r>
        <w:rPr>
          <w:rFonts w:hint="eastAsia"/>
          <w:lang w:eastAsia="zh-CN"/>
        </w:rPr>
        <w:t>亲笔签名，并加盖</w:t>
      </w:r>
      <w:r>
        <w:rPr>
          <w:rFonts w:ascii="宋体" w:hAnsi="宋体" w:cs="宋体" w:hint="eastAsia"/>
          <w:lang w:eastAsia="zh-CN"/>
        </w:rPr>
        <w:t>采购申请单位公章。后续将签字盖章的</w:t>
      </w:r>
      <w:r w:rsidRPr="00596758">
        <w:rPr>
          <w:rFonts w:hint="eastAsia"/>
          <w:lang w:eastAsia="zh-CN"/>
        </w:rPr>
        <w:t>采购记录表</w:t>
      </w:r>
      <w:r>
        <w:rPr>
          <w:rFonts w:ascii="宋体" w:hAnsi="宋体" w:hint="eastAsia"/>
          <w:szCs w:val="24"/>
          <w:lang w:eastAsia="zh-CN"/>
        </w:rPr>
        <w:t>和</w:t>
      </w:r>
      <w:r w:rsidRPr="00C20494">
        <w:rPr>
          <w:rFonts w:ascii="宋体" w:hAnsi="宋体" w:hint="eastAsia"/>
          <w:szCs w:val="24"/>
          <w:lang w:eastAsia="zh-CN"/>
        </w:rPr>
        <w:t>所有</w:t>
      </w:r>
      <w:r>
        <w:rPr>
          <w:rFonts w:ascii="宋体" w:hAnsi="宋体" w:hint="eastAsia"/>
          <w:szCs w:val="24"/>
          <w:lang w:eastAsia="zh-CN"/>
        </w:rPr>
        <w:t>加</w:t>
      </w:r>
      <w:r w:rsidRPr="00C20494">
        <w:rPr>
          <w:rFonts w:ascii="宋体" w:hAnsi="宋体" w:hint="eastAsia"/>
          <w:szCs w:val="24"/>
          <w:lang w:eastAsia="zh-CN"/>
        </w:rPr>
        <w:t>盖供应商</w:t>
      </w:r>
      <w:r>
        <w:rPr>
          <w:rFonts w:ascii="宋体" w:hAnsi="宋体" w:hint="eastAsia"/>
          <w:szCs w:val="24"/>
          <w:lang w:eastAsia="zh-CN"/>
        </w:rPr>
        <w:t>单位</w:t>
      </w:r>
      <w:r w:rsidRPr="00C20494">
        <w:rPr>
          <w:rFonts w:ascii="宋体" w:hAnsi="宋体" w:hint="eastAsia"/>
          <w:szCs w:val="24"/>
          <w:lang w:eastAsia="zh-CN"/>
        </w:rPr>
        <w:t>公章的有效报价单</w:t>
      </w:r>
      <w:r>
        <w:rPr>
          <w:rFonts w:ascii="宋体" w:hAnsi="宋体" w:hint="eastAsia"/>
          <w:szCs w:val="24"/>
          <w:lang w:eastAsia="zh-CN"/>
        </w:rPr>
        <w:t>，随合同一并交给</w:t>
      </w:r>
      <w:r w:rsidR="00225078">
        <w:rPr>
          <w:rFonts w:ascii="宋体" w:hAnsi="宋体" w:hint="eastAsia"/>
          <w:szCs w:val="24"/>
          <w:lang w:eastAsia="zh-CN"/>
        </w:rPr>
        <w:t>装备处</w:t>
      </w:r>
      <w:r>
        <w:rPr>
          <w:rFonts w:ascii="宋体" w:hAnsi="宋体" w:hint="eastAsia"/>
          <w:szCs w:val="24"/>
          <w:lang w:eastAsia="zh-CN"/>
        </w:rPr>
        <w:t>。</w:t>
      </w:r>
    </w:p>
    <w:p w14:paraId="4B2C5724" w14:textId="40D145DB" w:rsidR="007B0A02" w:rsidRDefault="002908FD">
      <w:pPr>
        <w:pStyle w:val="1"/>
        <w:ind w:firstLine="643"/>
        <w:rPr>
          <w:lang w:eastAsia="zh-CN"/>
        </w:rPr>
      </w:pPr>
      <w:r>
        <w:rPr>
          <w:rFonts w:ascii="Times New Roman" w:eastAsia="黑体" w:hAnsi="Times New Roman"/>
          <w:lang w:eastAsia="zh-CN"/>
        </w:rPr>
        <w:t>7</w:t>
      </w:r>
      <w:r w:rsidR="00BC0E25">
        <w:rPr>
          <w:rFonts w:ascii="Times New Roman" w:eastAsia="黑体" w:hAnsi="Times New Roman"/>
          <w:lang w:eastAsia="zh-CN"/>
        </w:rPr>
        <w:t xml:space="preserve"> </w:t>
      </w:r>
      <w:r w:rsidR="00BC0E25">
        <w:rPr>
          <w:rFonts w:ascii="Times New Roman" w:eastAsia="黑体" w:hAnsi="Times New Roman"/>
          <w:lang w:eastAsia="zh-CN"/>
        </w:rPr>
        <w:t>合同模块关联询价单</w:t>
      </w:r>
    </w:p>
    <w:p w14:paraId="7F17EDFF" w14:textId="523BD987" w:rsidR="007B0A02" w:rsidRDefault="002908FD">
      <w:pPr>
        <w:pStyle w:val="21"/>
        <w:ind w:firstLine="562"/>
        <w:rPr>
          <w:lang w:eastAsia="zh-CN"/>
        </w:rPr>
      </w:pPr>
      <w:r>
        <w:rPr>
          <w:rFonts w:ascii="Times New Roman" w:eastAsia="黑体" w:hAnsi="Times New Roman"/>
          <w:lang w:eastAsia="zh-CN"/>
        </w:rPr>
        <w:t>7</w:t>
      </w:r>
      <w:r w:rsidR="00BC0E25">
        <w:rPr>
          <w:rFonts w:ascii="Times New Roman" w:eastAsia="黑体" w:hAnsi="Times New Roman"/>
          <w:lang w:eastAsia="zh-CN"/>
        </w:rPr>
        <w:t xml:space="preserve">.1 </w:t>
      </w:r>
      <w:r w:rsidR="00BC0E25">
        <w:rPr>
          <w:rFonts w:ascii="Times New Roman" w:eastAsia="黑体" w:hAnsi="Times New Roman"/>
          <w:lang w:eastAsia="zh-CN"/>
        </w:rPr>
        <w:t>自动关联机制</w:t>
      </w:r>
    </w:p>
    <w:p w14:paraId="54123B62" w14:textId="6F706AD3" w:rsidR="007B0A02" w:rsidRDefault="00BC0E25">
      <w:pPr>
        <w:rPr>
          <w:lang w:eastAsia="zh-CN"/>
        </w:rPr>
      </w:pPr>
      <w:r>
        <w:rPr>
          <w:lang w:eastAsia="zh-CN"/>
        </w:rPr>
        <w:t>所有提交的申购单（设备、家具、附件、项目、维修加工、材料）审核完毕后，系统自动生成对应询价单，合同自动关联该询价单。合同模块自动关联申购单关联过的询价单</w:t>
      </w:r>
      <w:r w:rsidR="009C7BDC">
        <w:rPr>
          <w:rFonts w:hint="eastAsia"/>
          <w:lang w:eastAsia="zh-CN"/>
        </w:rPr>
        <w:t>。</w:t>
      </w:r>
    </w:p>
    <w:p w14:paraId="46BF116B" w14:textId="74C9D2DE" w:rsidR="00EB79D0" w:rsidRDefault="00EB79D0" w:rsidP="00A9238B">
      <w:pPr>
        <w:ind w:firstLineChars="0" w:firstLine="0"/>
        <w:rPr>
          <w:lang w:eastAsia="zh-CN"/>
        </w:rPr>
      </w:pPr>
      <w:r w:rsidRPr="00EB79D0">
        <w:rPr>
          <w:noProof/>
          <w:lang w:eastAsia="zh-CN"/>
        </w:rPr>
        <w:drawing>
          <wp:inline distT="0" distB="0" distL="0" distR="0" wp14:anchorId="075540AF" wp14:editId="5572672E">
            <wp:extent cx="6538823" cy="4615312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076" cy="4645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D003B" w14:textId="19A18119" w:rsidR="007B0A02" w:rsidRDefault="002908FD">
      <w:pPr>
        <w:pStyle w:val="21"/>
        <w:ind w:firstLine="562"/>
        <w:rPr>
          <w:lang w:eastAsia="zh-CN"/>
        </w:rPr>
      </w:pPr>
      <w:r>
        <w:rPr>
          <w:rFonts w:ascii="Times New Roman" w:eastAsia="黑体" w:hAnsi="Times New Roman"/>
          <w:lang w:eastAsia="zh-CN"/>
        </w:rPr>
        <w:lastRenderedPageBreak/>
        <w:t>7</w:t>
      </w:r>
      <w:r w:rsidR="00BC0E25">
        <w:rPr>
          <w:rFonts w:ascii="Times New Roman" w:eastAsia="黑体" w:hAnsi="Times New Roman"/>
          <w:lang w:eastAsia="zh-CN"/>
        </w:rPr>
        <w:t xml:space="preserve">.2 </w:t>
      </w:r>
      <w:r w:rsidR="00BC0E25">
        <w:rPr>
          <w:rFonts w:ascii="Times New Roman" w:eastAsia="黑体" w:hAnsi="Times New Roman"/>
          <w:lang w:eastAsia="zh-CN"/>
        </w:rPr>
        <w:t>金额校验</w:t>
      </w:r>
    </w:p>
    <w:p w14:paraId="087ECB47" w14:textId="77777777" w:rsidR="007B0A02" w:rsidRDefault="00BC0E25">
      <w:pPr>
        <w:rPr>
          <w:lang w:eastAsia="zh-CN"/>
        </w:rPr>
      </w:pPr>
      <w:r>
        <w:rPr>
          <w:lang w:eastAsia="zh-CN"/>
        </w:rPr>
        <w:t>合同总金额在</w:t>
      </w:r>
      <w:r>
        <w:rPr>
          <w:lang w:eastAsia="zh-CN"/>
        </w:rPr>
        <w:t>10</w:t>
      </w:r>
      <w:r>
        <w:rPr>
          <w:lang w:eastAsia="zh-CN"/>
        </w:rPr>
        <w:t>万元（含）至</w:t>
      </w:r>
      <w:r>
        <w:rPr>
          <w:lang w:eastAsia="zh-CN"/>
        </w:rPr>
        <w:t>30</w:t>
      </w:r>
      <w:r>
        <w:rPr>
          <w:lang w:eastAsia="zh-CN"/>
        </w:rPr>
        <w:t>万元（不含）区间内时，对询价单进行校验；不在该金额区间的合同，跳过询价单校验。</w:t>
      </w:r>
    </w:p>
    <w:p w14:paraId="03490F3B" w14:textId="441E40F2" w:rsidR="007B0A02" w:rsidRDefault="002908FD">
      <w:pPr>
        <w:pStyle w:val="21"/>
        <w:ind w:firstLine="562"/>
        <w:rPr>
          <w:lang w:eastAsia="zh-CN"/>
        </w:rPr>
      </w:pPr>
      <w:r>
        <w:rPr>
          <w:rFonts w:ascii="Times New Roman" w:eastAsia="黑体" w:hAnsi="Times New Roman"/>
          <w:lang w:eastAsia="zh-CN"/>
        </w:rPr>
        <w:t>7</w:t>
      </w:r>
      <w:r w:rsidR="00BC0E25">
        <w:rPr>
          <w:rFonts w:ascii="Times New Roman" w:eastAsia="黑体" w:hAnsi="Times New Roman"/>
          <w:lang w:eastAsia="zh-CN"/>
        </w:rPr>
        <w:t xml:space="preserve">.3 </w:t>
      </w:r>
      <w:r w:rsidR="00BC0E25">
        <w:rPr>
          <w:rFonts w:ascii="Times New Roman" w:eastAsia="黑体" w:hAnsi="Times New Roman"/>
          <w:lang w:eastAsia="zh-CN"/>
        </w:rPr>
        <w:t>多申购单处理</w:t>
      </w:r>
    </w:p>
    <w:p w14:paraId="24D9F2E6" w14:textId="76080308" w:rsidR="007B0A02" w:rsidRDefault="00BC0E25">
      <w:pPr>
        <w:rPr>
          <w:lang w:eastAsia="zh-CN"/>
        </w:rPr>
      </w:pPr>
      <w:r>
        <w:rPr>
          <w:lang w:eastAsia="zh-CN"/>
        </w:rPr>
        <w:t>当合同金额在</w:t>
      </w:r>
      <w:r>
        <w:rPr>
          <w:lang w:eastAsia="zh-CN"/>
        </w:rPr>
        <w:t>10</w:t>
      </w:r>
      <w:r>
        <w:rPr>
          <w:lang w:eastAsia="zh-CN"/>
        </w:rPr>
        <w:t>万元（含）至</w:t>
      </w:r>
      <w:r>
        <w:rPr>
          <w:lang w:eastAsia="zh-CN"/>
        </w:rPr>
        <w:t>30</w:t>
      </w:r>
      <w:r>
        <w:rPr>
          <w:lang w:eastAsia="zh-CN"/>
        </w:rPr>
        <w:t>万元（不含）区间、且合同关联多张申购单时，由用户选择申购单对应多个询价单中的一个，并对选中的询价单</w:t>
      </w:r>
      <w:r w:rsidR="002070E6">
        <w:rPr>
          <w:rFonts w:hint="eastAsia"/>
          <w:lang w:eastAsia="zh-CN"/>
        </w:rPr>
        <w:t>进行</w:t>
      </w:r>
      <w:r>
        <w:rPr>
          <w:lang w:eastAsia="zh-CN"/>
        </w:rPr>
        <w:t>状态校验。</w:t>
      </w:r>
    </w:p>
    <w:sectPr w:rsidR="007B0A02" w:rsidSect="00034616">
      <w:footerReference w:type="default" r:id="rId15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8C6F1" w14:textId="77777777" w:rsidR="001F746E" w:rsidRDefault="001F746E">
      <w:pPr>
        <w:spacing w:line="240" w:lineRule="auto"/>
      </w:pPr>
      <w:r>
        <w:separator/>
      </w:r>
    </w:p>
  </w:endnote>
  <w:endnote w:type="continuationSeparator" w:id="0">
    <w:p w14:paraId="2091AD0B" w14:textId="77777777" w:rsidR="001F746E" w:rsidRDefault="001F74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AF011" w14:textId="77777777" w:rsidR="007B0A02" w:rsidRDefault="00BC0E25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9C7BD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A063F" w14:textId="77777777" w:rsidR="001F746E" w:rsidRDefault="001F746E">
      <w:pPr>
        <w:spacing w:line="240" w:lineRule="auto"/>
      </w:pPr>
      <w:r>
        <w:separator/>
      </w:r>
    </w:p>
  </w:footnote>
  <w:footnote w:type="continuationSeparator" w:id="0">
    <w:p w14:paraId="54B70C33" w14:textId="77777777" w:rsidR="001F746E" w:rsidRDefault="001F746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A46BB0"/>
    <w:multiLevelType w:val="multilevel"/>
    <w:tmpl w:val="331AE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F60"/>
    <w:rsid w:val="00034616"/>
    <w:rsid w:val="00054B19"/>
    <w:rsid w:val="000572DB"/>
    <w:rsid w:val="0006063C"/>
    <w:rsid w:val="00060918"/>
    <w:rsid w:val="0009720D"/>
    <w:rsid w:val="0013553D"/>
    <w:rsid w:val="0015074B"/>
    <w:rsid w:val="001F746E"/>
    <w:rsid w:val="002070E6"/>
    <w:rsid w:val="00216255"/>
    <w:rsid w:val="00225078"/>
    <w:rsid w:val="00255DE7"/>
    <w:rsid w:val="002908FD"/>
    <w:rsid w:val="0029639D"/>
    <w:rsid w:val="00326F90"/>
    <w:rsid w:val="00333F61"/>
    <w:rsid w:val="00335332"/>
    <w:rsid w:val="003F3F06"/>
    <w:rsid w:val="00431547"/>
    <w:rsid w:val="004415B1"/>
    <w:rsid w:val="00457DA0"/>
    <w:rsid w:val="00490212"/>
    <w:rsid w:val="004C70B7"/>
    <w:rsid w:val="00512A27"/>
    <w:rsid w:val="00556643"/>
    <w:rsid w:val="005602D1"/>
    <w:rsid w:val="005627B6"/>
    <w:rsid w:val="00566914"/>
    <w:rsid w:val="00572113"/>
    <w:rsid w:val="00596758"/>
    <w:rsid w:val="00612492"/>
    <w:rsid w:val="0065609F"/>
    <w:rsid w:val="00674535"/>
    <w:rsid w:val="00691D58"/>
    <w:rsid w:val="006D35DE"/>
    <w:rsid w:val="006E012B"/>
    <w:rsid w:val="00783413"/>
    <w:rsid w:val="007A0F53"/>
    <w:rsid w:val="007B0A02"/>
    <w:rsid w:val="00824A6C"/>
    <w:rsid w:val="008713FF"/>
    <w:rsid w:val="008B728E"/>
    <w:rsid w:val="008C580C"/>
    <w:rsid w:val="008C6AE2"/>
    <w:rsid w:val="00934A9F"/>
    <w:rsid w:val="009C7BDC"/>
    <w:rsid w:val="009E2209"/>
    <w:rsid w:val="00A20BBD"/>
    <w:rsid w:val="00A52A4E"/>
    <w:rsid w:val="00A64282"/>
    <w:rsid w:val="00A647B4"/>
    <w:rsid w:val="00A67A41"/>
    <w:rsid w:val="00A9238B"/>
    <w:rsid w:val="00AA1D8D"/>
    <w:rsid w:val="00AF7FC5"/>
    <w:rsid w:val="00B03413"/>
    <w:rsid w:val="00B47730"/>
    <w:rsid w:val="00B53FA1"/>
    <w:rsid w:val="00B91EB0"/>
    <w:rsid w:val="00B9316F"/>
    <w:rsid w:val="00BB3D35"/>
    <w:rsid w:val="00BC0E25"/>
    <w:rsid w:val="00C54036"/>
    <w:rsid w:val="00CB0664"/>
    <w:rsid w:val="00CB4D12"/>
    <w:rsid w:val="00CD0D99"/>
    <w:rsid w:val="00CF2AE9"/>
    <w:rsid w:val="00D04F9F"/>
    <w:rsid w:val="00D106D9"/>
    <w:rsid w:val="00D92EFD"/>
    <w:rsid w:val="00DA4463"/>
    <w:rsid w:val="00DC610B"/>
    <w:rsid w:val="00DE1E73"/>
    <w:rsid w:val="00DF422F"/>
    <w:rsid w:val="00E06426"/>
    <w:rsid w:val="00E4515D"/>
    <w:rsid w:val="00E56460"/>
    <w:rsid w:val="00EB79D0"/>
    <w:rsid w:val="00ED0DB4"/>
    <w:rsid w:val="00EE7E71"/>
    <w:rsid w:val="00FC693F"/>
    <w:rsid w:val="00FF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A4ADC78"/>
  <w14:defaultImageDpi w14:val="300"/>
  <w15:docId w15:val="{E96F44B7-8C2C-47F3-86AE-70AD71636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60" w:lineRule="auto"/>
      <w:ind w:firstLineChars="200" w:firstLine="480"/>
      <w:jc w:val="both"/>
    </w:pPr>
    <w:rPr>
      <w:rFonts w:ascii="Times New Roman" w:eastAsia="宋体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after="100"/>
      <w:jc w:val="left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80" w:after="80"/>
      <w:jc w:val="lef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6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Chars="200" w:firstLine="480"/>
      <w:jc w:val="center"/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9">
    <w:name w:val="Revision"/>
    <w:hidden/>
    <w:uiPriority w:val="99"/>
    <w:semiHidden/>
    <w:rsid w:val="00AF7FC5"/>
    <w:pPr>
      <w:spacing w:after="0" w:line="240" w:lineRule="auto"/>
    </w:pPr>
    <w:rPr>
      <w:rFonts w:ascii="Times New Roman" w:eastAsia="宋体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1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8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Tony chen</cp:lastModifiedBy>
  <cp:revision>8</cp:revision>
  <dcterms:created xsi:type="dcterms:W3CDTF">2026-09-29T03:31:00Z</dcterms:created>
  <dcterms:modified xsi:type="dcterms:W3CDTF">2026-10-08T07:54:00Z</dcterms:modified>
  <cp:category/>
</cp:coreProperties>
</file>